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E3D39" w14:textId="3A24D369" w:rsidR="006678E0" w:rsidRDefault="00000000" w:rsidP="00C84137">
      <w:pPr>
        <w:pStyle w:val="Naslov"/>
        <w:spacing w:after="140" w:line="259" w:lineRule="auto"/>
        <w:jc w:val="center"/>
      </w:pPr>
      <w:r>
        <w:rPr>
          <w:rFonts w:ascii="Arial" w:hAnsi="Arial" w:cs="Arial"/>
          <w:b/>
          <w:sz w:val="36"/>
        </w:rPr>
        <w:t xml:space="preserve">Advent u </w:t>
      </w:r>
      <w:proofErr w:type="spellStart"/>
      <w:r>
        <w:rPr>
          <w:rFonts w:ascii="Arial" w:hAnsi="Arial" w:cs="Arial"/>
          <w:b/>
          <w:sz w:val="36"/>
        </w:rPr>
        <w:t>Zadru</w:t>
      </w:r>
      <w:proofErr w:type="spellEnd"/>
      <w:r>
        <w:rPr>
          <w:rFonts w:ascii="Arial" w:hAnsi="Arial" w:cs="Arial"/>
          <w:b/>
          <w:sz w:val="36"/>
        </w:rPr>
        <w:t xml:space="preserve"> 2026</w:t>
      </w:r>
      <w:r w:rsidR="00C84137">
        <w:rPr>
          <w:rFonts w:ascii="Arial" w:hAnsi="Arial" w:cs="Arial"/>
          <w:b/>
          <w:sz w:val="36"/>
        </w:rPr>
        <w:t>.</w:t>
      </w:r>
    </w:p>
    <w:p w14:paraId="4914531D" w14:textId="77777777" w:rsidR="00C84137" w:rsidRDefault="00C84137">
      <w:pPr>
        <w:keepNext/>
        <w:spacing w:before="180" w:after="60" w:line="259" w:lineRule="auto"/>
        <w:rPr>
          <w:rFonts w:cs="Arial"/>
        </w:rPr>
      </w:pPr>
    </w:p>
    <w:p w14:paraId="1DADA823" w14:textId="1EF8C7C3" w:rsidR="006678E0" w:rsidRDefault="00000000">
      <w:pPr>
        <w:keepNext/>
        <w:spacing w:before="180" w:after="60" w:line="259" w:lineRule="auto"/>
      </w:pPr>
      <w:proofErr w:type="spellStart"/>
      <w:r>
        <w:rPr>
          <w:rFonts w:cs="Arial"/>
          <w:b/>
          <w:color w:val="000000"/>
          <w:sz w:val="23"/>
        </w:rPr>
        <w:t>Otvorenje</w:t>
      </w:r>
      <w:proofErr w:type="spellEnd"/>
      <w:r>
        <w:rPr>
          <w:rFonts w:cs="Arial"/>
          <w:b/>
          <w:color w:val="000000"/>
          <w:sz w:val="23"/>
        </w:rPr>
        <w:t xml:space="preserve"> </w:t>
      </w:r>
      <w:proofErr w:type="spellStart"/>
      <w:r>
        <w:rPr>
          <w:rFonts w:cs="Arial"/>
          <w:b/>
          <w:color w:val="000000"/>
          <w:sz w:val="23"/>
        </w:rPr>
        <w:t>Adventa</w:t>
      </w:r>
      <w:proofErr w:type="spellEnd"/>
      <w:r>
        <w:rPr>
          <w:rFonts w:cs="Arial"/>
          <w:b/>
          <w:color w:val="000000"/>
          <w:sz w:val="23"/>
        </w:rPr>
        <w:t xml:space="preserve">, </w:t>
      </w:r>
      <w:proofErr w:type="spellStart"/>
      <w:r>
        <w:rPr>
          <w:rFonts w:cs="Arial"/>
          <w:b/>
          <w:color w:val="000000"/>
          <w:sz w:val="23"/>
        </w:rPr>
        <w:t>utorak</w:t>
      </w:r>
      <w:proofErr w:type="spellEnd"/>
      <w:r>
        <w:rPr>
          <w:rFonts w:cs="Arial"/>
          <w:b/>
          <w:color w:val="000000"/>
          <w:sz w:val="23"/>
        </w:rPr>
        <w:t>, 24. studenoga</w:t>
      </w:r>
    </w:p>
    <w:p w14:paraId="2A18061B" w14:textId="77777777" w:rsidR="006678E0" w:rsidRDefault="00000000">
      <w:pPr>
        <w:spacing w:after="60" w:line="259" w:lineRule="auto"/>
        <w:ind w:left="142"/>
      </w:pPr>
      <w:r>
        <w:rPr>
          <w:rFonts w:cs="Arial"/>
          <w:b/>
        </w:rPr>
        <w:t xml:space="preserve">Trg Petra Zoranića: </w:t>
      </w:r>
      <w:r>
        <w:rPr>
          <w:rFonts w:cs="Arial"/>
        </w:rPr>
        <w:t>21:00 - Mladen Grdović</w:t>
      </w:r>
    </w:p>
    <w:p w14:paraId="76AF06E8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proofErr w:type="spellStart"/>
      <w:r w:rsidRPr="00C84137">
        <w:rPr>
          <w:rFonts w:cs="Arial"/>
          <w:b/>
          <w:color w:val="000000"/>
          <w:sz w:val="23"/>
          <w:lang w:val="it-IT"/>
        </w:rPr>
        <w:t>Srijeda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25.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studenoga</w:t>
      </w:r>
      <w:proofErr w:type="spellEnd"/>
    </w:p>
    <w:p w14:paraId="33A8EEF7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>19:30 - Helena &amp; Boi Bend</w:t>
      </w:r>
    </w:p>
    <w:p w14:paraId="72E436CB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proofErr w:type="spellStart"/>
      <w:r w:rsidRPr="00C84137">
        <w:rPr>
          <w:rFonts w:cs="Arial"/>
          <w:b/>
          <w:color w:val="000000"/>
          <w:sz w:val="23"/>
          <w:lang w:val="it-IT"/>
        </w:rPr>
        <w:t>Četvrtak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26.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studenoga</w:t>
      </w:r>
      <w:proofErr w:type="spellEnd"/>
    </w:p>
    <w:p w14:paraId="38170B5F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>20:30 - Kadena</w:t>
      </w:r>
    </w:p>
    <w:p w14:paraId="671C1EA4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r w:rsidRPr="00C84137">
        <w:rPr>
          <w:rFonts w:cs="Arial"/>
          <w:b/>
          <w:color w:val="000000"/>
          <w:sz w:val="23"/>
          <w:lang w:val="it-IT"/>
        </w:rPr>
        <w:t xml:space="preserve">Petak, 27.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studenoga</w:t>
      </w:r>
      <w:proofErr w:type="spellEnd"/>
    </w:p>
    <w:p w14:paraId="3CD05F55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 xml:space="preserve">21:00 - </w:t>
      </w:r>
      <w:proofErr w:type="spellStart"/>
      <w:r w:rsidRPr="00C84137">
        <w:rPr>
          <w:rFonts w:cs="Arial"/>
          <w:lang w:val="it-IT"/>
        </w:rPr>
        <w:t>Leteći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odred</w:t>
      </w:r>
      <w:proofErr w:type="spellEnd"/>
    </w:p>
    <w:p w14:paraId="20E60CFB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proofErr w:type="spellStart"/>
      <w:r w:rsidRPr="00C84137">
        <w:rPr>
          <w:rFonts w:cs="Arial"/>
          <w:b/>
          <w:color w:val="000000"/>
          <w:sz w:val="23"/>
          <w:lang w:val="it-IT"/>
        </w:rPr>
        <w:t>Subota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28.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studenoga</w:t>
      </w:r>
      <w:proofErr w:type="spellEnd"/>
    </w:p>
    <w:p w14:paraId="348CCF81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 xml:space="preserve">21:00 - </w:t>
      </w:r>
      <w:proofErr w:type="spellStart"/>
      <w:r w:rsidRPr="00C84137">
        <w:rPr>
          <w:rFonts w:cs="Arial"/>
          <w:lang w:val="it-IT"/>
        </w:rPr>
        <w:t>grupa</w:t>
      </w:r>
      <w:proofErr w:type="spellEnd"/>
      <w:r w:rsidRPr="00C84137">
        <w:rPr>
          <w:rFonts w:cs="Arial"/>
          <w:lang w:val="it-IT"/>
        </w:rPr>
        <w:t xml:space="preserve"> Cambi</w:t>
      </w:r>
    </w:p>
    <w:p w14:paraId="190144EF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Gradska</w:t>
      </w:r>
      <w:proofErr w:type="spellEnd"/>
      <w:r w:rsidRPr="00C84137">
        <w:rPr>
          <w:rFonts w:cs="Arial"/>
          <w:b/>
          <w:lang w:val="it-IT"/>
        </w:rPr>
        <w:t xml:space="preserve"> </w:t>
      </w:r>
      <w:proofErr w:type="spellStart"/>
      <w:r w:rsidRPr="00C84137">
        <w:rPr>
          <w:rFonts w:cs="Arial"/>
          <w:b/>
          <w:lang w:val="it-IT"/>
        </w:rPr>
        <w:t>tržnica</w:t>
      </w:r>
      <w:proofErr w:type="spellEnd"/>
      <w:r w:rsidRPr="00C84137">
        <w:rPr>
          <w:rFonts w:cs="Arial"/>
          <w:b/>
          <w:lang w:val="it-IT"/>
        </w:rPr>
        <w:t xml:space="preserve"> / </w:t>
      </w:r>
      <w:proofErr w:type="spellStart"/>
      <w:r w:rsidRPr="00C84137">
        <w:rPr>
          <w:rFonts w:cs="Arial"/>
          <w:b/>
          <w:lang w:val="it-IT"/>
        </w:rPr>
        <w:t>Božićni</w:t>
      </w:r>
      <w:proofErr w:type="spellEnd"/>
      <w:r w:rsidRPr="00C84137">
        <w:rPr>
          <w:rFonts w:cs="Arial"/>
          <w:b/>
          <w:lang w:val="it-IT"/>
        </w:rPr>
        <w:t xml:space="preserve"> </w:t>
      </w:r>
      <w:proofErr w:type="spellStart"/>
      <w:r w:rsidRPr="00C84137">
        <w:rPr>
          <w:rFonts w:cs="Arial"/>
          <w:b/>
          <w:lang w:val="it-IT"/>
        </w:rPr>
        <w:t>gramofon</w:t>
      </w:r>
      <w:proofErr w:type="spellEnd"/>
      <w:r w:rsidRPr="00C84137">
        <w:rPr>
          <w:rFonts w:cs="Arial"/>
          <w:b/>
          <w:lang w:val="it-IT"/>
        </w:rPr>
        <w:t xml:space="preserve">: </w:t>
      </w:r>
      <w:proofErr w:type="spellStart"/>
      <w:r w:rsidRPr="00C84137">
        <w:rPr>
          <w:rFonts w:cs="Arial"/>
          <w:lang w:val="it-IT"/>
        </w:rPr>
        <w:t>otvorenje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Božićnog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gramofona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uz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koncert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grupe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Gustafi</w:t>
      </w:r>
      <w:proofErr w:type="spellEnd"/>
    </w:p>
    <w:p w14:paraId="60BE39B9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proofErr w:type="spellStart"/>
      <w:r w:rsidRPr="00C84137">
        <w:rPr>
          <w:rFonts w:cs="Arial"/>
          <w:b/>
          <w:color w:val="000000"/>
          <w:sz w:val="23"/>
          <w:lang w:val="it-IT"/>
        </w:rPr>
        <w:t>Nedjelja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29.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studenoga</w:t>
      </w:r>
      <w:proofErr w:type="spellEnd"/>
    </w:p>
    <w:p w14:paraId="7CB9512F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>19:00 - Ars Cantabile</w:t>
      </w:r>
    </w:p>
    <w:p w14:paraId="6C6C7640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proofErr w:type="spellStart"/>
      <w:r w:rsidRPr="00C84137">
        <w:rPr>
          <w:rFonts w:cs="Arial"/>
          <w:b/>
          <w:color w:val="000000"/>
          <w:sz w:val="23"/>
          <w:lang w:val="it-IT"/>
        </w:rPr>
        <w:t>Ponedjeljak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30.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studenoga</w:t>
      </w:r>
      <w:proofErr w:type="spellEnd"/>
    </w:p>
    <w:p w14:paraId="180170F6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 xml:space="preserve">19:30 - DJ </w:t>
      </w:r>
      <w:proofErr w:type="spellStart"/>
      <w:r w:rsidRPr="00C84137">
        <w:rPr>
          <w:rFonts w:cs="Arial"/>
          <w:lang w:val="it-IT"/>
        </w:rPr>
        <w:t>nastup</w:t>
      </w:r>
      <w:proofErr w:type="spellEnd"/>
    </w:p>
    <w:p w14:paraId="0A573CA7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proofErr w:type="spellStart"/>
      <w:r w:rsidRPr="00C84137">
        <w:rPr>
          <w:rFonts w:cs="Arial"/>
          <w:b/>
          <w:color w:val="000000"/>
          <w:sz w:val="23"/>
          <w:lang w:val="it-IT"/>
        </w:rPr>
        <w:t>Utorak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1.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prosinca</w:t>
      </w:r>
      <w:proofErr w:type="spellEnd"/>
    </w:p>
    <w:p w14:paraId="4FBE7762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>19:30 - Zoran Jelenković</w:t>
      </w:r>
    </w:p>
    <w:p w14:paraId="58F6C497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proofErr w:type="spellStart"/>
      <w:r w:rsidRPr="00C84137">
        <w:rPr>
          <w:rFonts w:cs="Arial"/>
          <w:b/>
          <w:color w:val="000000"/>
          <w:sz w:val="23"/>
          <w:lang w:val="it-IT"/>
        </w:rPr>
        <w:t>Srijeda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2.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prosinca</w:t>
      </w:r>
      <w:proofErr w:type="spellEnd"/>
    </w:p>
    <w:p w14:paraId="0DE0B478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 xml:space="preserve">19:30 - </w:t>
      </w:r>
      <w:proofErr w:type="spellStart"/>
      <w:r w:rsidRPr="00C84137">
        <w:rPr>
          <w:rFonts w:cs="Arial"/>
          <w:lang w:val="it-IT"/>
        </w:rPr>
        <w:t>Klapa</w:t>
      </w:r>
      <w:proofErr w:type="spellEnd"/>
      <w:r w:rsidRPr="00C84137">
        <w:rPr>
          <w:rFonts w:cs="Arial"/>
          <w:lang w:val="it-IT"/>
        </w:rPr>
        <w:t xml:space="preserve"> Diadora</w:t>
      </w:r>
    </w:p>
    <w:p w14:paraId="00780A62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proofErr w:type="spellStart"/>
      <w:r w:rsidRPr="00C84137">
        <w:rPr>
          <w:rFonts w:cs="Arial"/>
          <w:b/>
          <w:color w:val="000000"/>
          <w:sz w:val="23"/>
          <w:lang w:val="it-IT"/>
        </w:rPr>
        <w:t>Četvrtak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3.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prosinca</w:t>
      </w:r>
      <w:proofErr w:type="spellEnd"/>
    </w:p>
    <w:p w14:paraId="1832FA37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 xml:space="preserve">20:30 - </w:t>
      </w:r>
      <w:proofErr w:type="spellStart"/>
      <w:r w:rsidRPr="00C84137">
        <w:rPr>
          <w:rFonts w:cs="Arial"/>
          <w:lang w:val="it-IT"/>
        </w:rPr>
        <w:t>Rockatansky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bend</w:t>
      </w:r>
      <w:proofErr w:type="spellEnd"/>
    </w:p>
    <w:p w14:paraId="76B5D4B0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r w:rsidRPr="00C84137">
        <w:rPr>
          <w:rFonts w:cs="Arial"/>
          <w:b/>
          <w:color w:val="000000"/>
          <w:sz w:val="23"/>
          <w:lang w:val="it-IT"/>
        </w:rPr>
        <w:t xml:space="preserve">Petak, 4.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prosinca</w:t>
      </w:r>
      <w:proofErr w:type="spellEnd"/>
    </w:p>
    <w:p w14:paraId="38AD5EEF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>21:00 - Adi Šoše</w:t>
      </w:r>
    </w:p>
    <w:p w14:paraId="6E1FC3C6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Gradska</w:t>
      </w:r>
      <w:proofErr w:type="spellEnd"/>
      <w:r w:rsidRPr="00C84137">
        <w:rPr>
          <w:rFonts w:cs="Arial"/>
          <w:b/>
          <w:lang w:val="it-IT"/>
        </w:rPr>
        <w:t xml:space="preserve"> </w:t>
      </w:r>
      <w:proofErr w:type="spellStart"/>
      <w:r w:rsidRPr="00C84137">
        <w:rPr>
          <w:rFonts w:cs="Arial"/>
          <w:b/>
          <w:lang w:val="it-IT"/>
        </w:rPr>
        <w:t>tržnica</w:t>
      </w:r>
      <w:proofErr w:type="spellEnd"/>
      <w:r w:rsidRPr="00C84137">
        <w:rPr>
          <w:rFonts w:cs="Arial"/>
          <w:b/>
          <w:lang w:val="it-IT"/>
        </w:rPr>
        <w:t xml:space="preserve"> / </w:t>
      </w:r>
      <w:proofErr w:type="spellStart"/>
      <w:r w:rsidRPr="00C84137">
        <w:rPr>
          <w:rFonts w:cs="Arial"/>
          <w:b/>
          <w:lang w:val="it-IT"/>
        </w:rPr>
        <w:t>Božićni</w:t>
      </w:r>
      <w:proofErr w:type="spellEnd"/>
      <w:r w:rsidRPr="00C84137">
        <w:rPr>
          <w:rFonts w:cs="Arial"/>
          <w:b/>
          <w:lang w:val="it-IT"/>
        </w:rPr>
        <w:t xml:space="preserve"> </w:t>
      </w:r>
      <w:proofErr w:type="spellStart"/>
      <w:r w:rsidRPr="00C84137">
        <w:rPr>
          <w:rFonts w:cs="Arial"/>
          <w:b/>
          <w:lang w:val="it-IT"/>
        </w:rPr>
        <w:t>gramofon</w:t>
      </w:r>
      <w:proofErr w:type="spellEnd"/>
      <w:r w:rsidRPr="00C84137">
        <w:rPr>
          <w:rFonts w:cs="Arial"/>
          <w:b/>
          <w:lang w:val="it-IT"/>
        </w:rPr>
        <w:t xml:space="preserve">: </w:t>
      </w:r>
      <w:r w:rsidRPr="00C84137">
        <w:rPr>
          <w:rFonts w:cs="Arial"/>
          <w:lang w:val="it-IT"/>
        </w:rPr>
        <w:t xml:space="preserve">21:00 - </w:t>
      </w:r>
      <w:proofErr w:type="spellStart"/>
      <w:r w:rsidRPr="00C84137">
        <w:rPr>
          <w:rFonts w:cs="Arial"/>
          <w:lang w:val="it-IT"/>
        </w:rPr>
        <w:t>Kojoti</w:t>
      </w:r>
      <w:proofErr w:type="spellEnd"/>
    </w:p>
    <w:p w14:paraId="53A671AC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proofErr w:type="spellStart"/>
      <w:r w:rsidRPr="00C84137">
        <w:rPr>
          <w:rFonts w:cs="Arial"/>
          <w:b/>
          <w:color w:val="000000"/>
          <w:sz w:val="23"/>
          <w:lang w:val="it-IT"/>
        </w:rPr>
        <w:t>Subota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5.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prosinca</w:t>
      </w:r>
      <w:proofErr w:type="spellEnd"/>
    </w:p>
    <w:p w14:paraId="3363BF4F" w14:textId="344BF39A" w:rsidR="006678E0" w:rsidRPr="00C84137" w:rsidRDefault="00000000">
      <w:pPr>
        <w:spacing w:after="60" w:line="259" w:lineRule="auto"/>
        <w:ind w:left="142"/>
        <w:rPr>
          <w:lang w:val="it-IT"/>
        </w:rPr>
      </w:pPr>
      <w:r w:rsidRPr="00C84137">
        <w:rPr>
          <w:rFonts w:cs="Arial"/>
          <w:b/>
          <w:lang w:val="it-IT"/>
        </w:rPr>
        <w:t xml:space="preserve">Forum: </w:t>
      </w:r>
      <w:r w:rsidRPr="00C84137">
        <w:rPr>
          <w:rFonts w:cs="Arial"/>
          <w:lang w:val="it-IT"/>
        </w:rPr>
        <w:t xml:space="preserve">10:00 - 13:00 - </w:t>
      </w:r>
      <w:proofErr w:type="spellStart"/>
      <w:r w:rsidRPr="00C84137">
        <w:rPr>
          <w:rFonts w:cs="Arial"/>
          <w:lang w:val="it-IT"/>
        </w:rPr>
        <w:t>Oratorij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Arbanasi</w:t>
      </w:r>
      <w:proofErr w:type="spellEnd"/>
      <w:r w:rsidRPr="00C84137">
        <w:rPr>
          <w:rFonts w:cs="Arial"/>
          <w:lang w:val="it-IT"/>
        </w:rPr>
        <w:t xml:space="preserve">: animatori, </w:t>
      </w:r>
      <w:proofErr w:type="spellStart"/>
      <w:r w:rsidRPr="00C84137">
        <w:rPr>
          <w:rFonts w:cs="Arial"/>
          <w:lang w:val="it-IT"/>
        </w:rPr>
        <w:t>ples</w:t>
      </w:r>
      <w:proofErr w:type="spellEnd"/>
      <w:r w:rsidRPr="00C84137">
        <w:rPr>
          <w:rFonts w:cs="Arial"/>
          <w:lang w:val="it-IT"/>
        </w:rPr>
        <w:t xml:space="preserve"> i </w:t>
      </w:r>
      <w:proofErr w:type="spellStart"/>
      <w:r w:rsidRPr="00C84137">
        <w:rPr>
          <w:rFonts w:cs="Arial"/>
          <w:lang w:val="it-IT"/>
        </w:rPr>
        <w:t>radionice</w:t>
      </w:r>
      <w:proofErr w:type="spellEnd"/>
      <w:r w:rsidRPr="00C84137">
        <w:rPr>
          <w:rFonts w:cs="Arial"/>
          <w:lang w:val="it-IT"/>
        </w:rPr>
        <w:t xml:space="preserve"> </w:t>
      </w:r>
      <w:r w:rsidR="00C84137" w:rsidRPr="00C84137">
        <w:rPr>
          <w:rFonts w:cs="Arial"/>
          <w:lang w:val="it-IT"/>
        </w:rPr>
        <w:t xml:space="preserve">za </w:t>
      </w:r>
      <w:proofErr w:type="spellStart"/>
      <w:r w:rsidR="00C84137">
        <w:rPr>
          <w:rFonts w:cs="Arial"/>
          <w:lang w:val="it-IT"/>
        </w:rPr>
        <w:t>s</w:t>
      </w:r>
      <w:r w:rsidRPr="00C84137">
        <w:rPr>
          <w:rFonts w:cs="Arial"/>
          <w:lang w:val="it-IT"/>
        </w:rPr>
        <w:t>vet</w:t>
      </w:r>
      <w:r w:rsidR="00C84137">
        <w:rPr>
          <w:rFonts w:cs="Arial"/>
          <w:lang w:val="it-IT"/>
        </w:rPr>
        <w:t>og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Nikol</w:t>
      </w:r>
      <w:r w:rsidR="00C84137">
        <w:rPr>
          <w:rFonts w:cs="Arial"/>
          <w:lang w:val="it-IT"/>
        </w:rPr>
        <w:t>u</w:t>
      </w:r>
      <w:proofErr w:type="spellEnd"/>
    </w:p>
    <w:p w14:paraId="14AEFBCA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r w:rsidRPr="00C84137">
        <w:rPr>
          <w:rFonts w:cs="Arial"/>
          <w:b/>
          <w:lang w:val="it-IT"/>
        </w:rPr>
        <w:t xml:space="preserve">Forum: </w:t>
      </w:r>
      <w:r w:rsidRPr="00C84137">
        <w:rPr>
          <w:rFonts w:cs="Arial"/>
          <w:lang w:val="it-IT"/>
        </w:rPr>
        <w:t xml:space="preserve">16:00 - 18:00 - </w:t>
      </w:r>
      <w:proofErr w:type="spellStart"/>
      <w:r w:rsidRPr="00C84137">
        <w:rPr>
          <w:rFonts w:cs="Arial"/>
          <w:lang w:val="it-IT"/>
        </w:rPr>
        <w:t>paljenje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adventske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svijeće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uz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dječji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zbor</w:t>
      </w:r>
      <w:proofErr w:type="spellEnd"/>
    </w:p>
    <w:p w14:paraId="17FE2FCE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r w:rsidRPr="00C84137">
        <w:rPr>
          <w:rFonts w:cs="Arial"/>
          <w:b/>
          <w:lang w:val="it-IT"/>
        </w:rPr>
        <w:t xml:space="preserve">Forum: </w:t>
      </w:r>
      <w:r w:rsidRPr="00C84137">
        <w:rPr>
          <w:rFonts w:cs="Arial"/>
          <w:lang w:val="it-IT"/>
        </w:rPr>
        <w:t xml:space="preserve">16:00 - 18:00 - </w:t>
      </w:r>
      <w:proofErr w:type="spellStart"/>
      <w:r w:rsidRPr="00C84137">
        <w:rPr>
          <w:rFonts w:cs="Arial"/>
          <w:lang w:val="it-IT"/>
        </w:rPr>
        <w:t>čitanje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priča</w:t>
      </w:r>
      <w:proofErr w:type="spellEnd"/>
      <w:r w:rsidRPr="00C84137">
        <w:rPr>
          <w:rFonts w:cs="Arial"/>
          <w:lang w:val="it-IT"/>
        </w:rPr>
        <w:t xml:space="preserve"> i/ili </w:t>
      </w:r>
      <w:proofErr w:type="spellStart"/>
      <w:r w:rsidRPr="00C84137">
        <w:rPr>
          <w:rFonts w:cs="Arial"/>
          <w:lang w:val="it-IT"/>
        </w:rPr>
        <w:t>crtić</w:t>
      </w:r>
      <w:proofErr w:type="spellEnd"/>
      <w:r w:rsidRPr="00C84137">
        <w:rPr>
          <w:rFonts w:cs="Arial"/>
          <w:lang w:val="it-IT"/>
        </w:rPr>
        <w:t xml:space="preserve"> za </w:t>
      </w:r>
      <w:proofErr w:type="spellStart"/>
      <w:r w:rsidRPr="00C84137">
        <w:rPr>
          <w:rFonts w:cs="Arial"/>
          <w:lang w:val="it-IT"/>
        </w:rPr>
        <w:t>djecu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na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temu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Božića</w:t>
      </w:r>
      <w:proofErr w:type="spellEnd"/>
    </w:p>
    <w:p w14:paraId="0D7CA6E3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r w:rsidRPr="00C84137">
        <w:rPr>
          <w:rFonts w:cs="Arial"/>
          <w:b/>
          <w:lang w:val="it-IT"/>
        </w:rPr>
        <w:t xml:space="preserve">Forum: </w:t>
      </w:r>
      <w:r w:rsidRPr="00C84137">
        <w:rPr>
          <w:rFonts w:cs="Arial"/>
          <w:lang w:val="it-IT"/>
        </w:rPr>
        <w:t xml:space="preserve">16:00 - 18:00 - </w:t>
      </w:r>
      <w:proofErr w:type="spellStart"/>
      <w:r w:rsidRPr="00C84137">
        <w:rPr>
          <w:rFonts w:cs="Arial"/>
          <w:lang w:val="it-IT"/>
        </w:rPr>
        <w:t>Advent</w:t>
      </w:r>
      <w:proofErr w:type="spellEnd"/>
      <w:r w:rsidRPr="00C84137">
        <w:rPr>
          <w:rFonts w:cs="Arial"/>
          <w:lang w:val="it-IT"/>
        </w:rPr>
        <w:t xml:space="preserve"> Talks za </w:t>
      </w:r>
      <w:proofErr w:type="spellStart"/>
      <w:r w:rsidRPr="00C84137">
        <w:rPr>
          <w:rFonts w:cs="Arial"/>
          <w:lang w:val="it-IT"/>
        </w:rPr>
        <w:t>roditelje</w:t>
      </w:r>
      <w:proofErr w:type="spellEnd"/>
      <w:r w:rsidRPr="00C84137">
        <w:rPr>
          <w:rFonts w:cs="Arial"/>
          <w:lang w:val="it-IT"/>
        </w:rPr>
        <w:t xml:space="preserve">: Kako graditi </w:t>
      </w:r>
      <w:proofErr w:type="spellStart"/>
      <w:r w:rsidRPr="00C84137">
        <w:rPr>
          <w:rFonts w:cs="Arial"/>
          <w:lang w:val="it-IT"/>
        </w:rPr>
        <w:t>obitelj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kao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mjesto</w:t>
      </w:r>
      <w:proofErr w:type="spellEnd"/>
      <w:r w:rsidRPr="00C84137">
        <w:rPr>
          <w:rFonts w:cs="Arial"/>
          <w:lang w:val="it-IT"/>
        </w:rPr>
        <w:t xml:space="preserve"> mira i </w:t>
      </w:r>
      <w:proofErr w:type="spellStart"/>
      <w:r w:rsidRPr="00C84137">
        <w:rPr>
          <w:rFonts w:cs="Arial"/>
          <w:lang w:val="it-IT"/>
        </w:rPr>
        <w:t>sigurnosti</w:t>
      </w:r>
      <w:proofErr w:type="spellEnd"/>
      <w:r w:rsidRPr="00C84137">
        <w:rPr>
          <w:rFonts w:cs="Arial"/>
          <w:lang w:val="it-IT"/>
        </w:rPr>
        <w:t>?</w:t>
      </w:r>
    </w:p>
    <w:p w14:paraId="021B1D06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r w:rsidRPr="00C84137">
        <w:rPr>
          <w:rFonts w:cs="Arial"/>
          <w:b/>
          <w:lang w:val="it-IT"/>
        </w:rPr>
        <w:t xml:space="preserve">Forum: </w:t>
      </w:r>
      <w:r w:rsidRPr="00C84137">
        <w:rPr>
          <w:rFonts w:cs="Arial"/>
          <w:lang w:val="it-IT"/>
        </w:rPr>
        <w:t xml:space="preserve">19:00 - 21:00 - </w:t>
      </w:r>
      <w:proofErr w:type="spellStart"/>
      <w:r w:rsidRPr="00C84137">
        <w:rPr>
          <w:rFonts w:cs="Arial"/>
          <w:lang w:val="it-IT"/>
        </w:rPr>
        <w:t>koncert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Mije</w:t>
      </w:r>
      <w:proofErr w:type="spellEnd"/>
      <w:r w:rsidRPr="00C84137">
        <w:rPr>
          <w:rFonts w:cs="Arial"/>
          <w:lang w:val="it-IT"/>
        </w:rPr>
        <w:t xml:space="preserve"> Dimšić</w:t>
      </w:r>
    </w:p>
    <w:p w14:paraId="65351863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>21:00 - TBF</w:t>
      </w:r>
    </w:p>
    <w:p w14:paraId="40F58A6C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proofErr w:type="spellStart"/>
      <w:r w:rsidRPr="00C84137">
        <w:rPr>
          <w:rFonts w:cs="Arial"/>
          <w:b/>
          <w:color w:val="000000"/>
          <w:sz w:val="23"/>
          <w:lang w:val="it-IT"/>
        </w:rPr>
        <w:t>Nedjelja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6.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prosinca</w:t>
      </w:r>
      <w:proofErr w:type="spellEnd"/>
    </w:p>
    <w:p w14:paraId="26CC36C4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 xml:space="preserve">19:00 - </w:t>
      </w:r>
      <w:proofErr w:type="spellStart"/>
      <w:r w:rsidRPr="00C84137">
        <w:rPr>
          <w:rFonts w:cs="Arial"/>
          <w:lang w:val="it-IT"/>
        </w:rPr>
        <w:t>Condura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Croatica</w:t>
      </w:r>
      <w:proofErr w:type="spellEnd"/>
    </w:p>
    <w:p w14:paraId="035DB567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proofErr w:type="spellStart"/>
      <w:r w:rsidRPr="00C84137">
        <w:rPr>
          <w:rFonts w:cs="Arial"/>
          <w:b/>
          <w:color w:val="000000"/>
          <w:sz w:val="23"/>
          <w:lang w:val="it-IT"/>
        </w:rPr>
        <w:lastRenderedPageBreak/>
        <w:t>Ponedjeljak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7.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prosinca</w:t>
      </w:r>
      <w:proofErr w:type="spellEnd"/>
    </w:p>
    <w:p w14:paraId="3D04ECBC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 xml:space="preserve">19:30 - DJ </w:t>
      </w:r>
      <w:proofErr w:type="spellStart"/>
      <w:r w:rsidRPr="00C84137">
        <w:rPr>
          <w:rFonts w:cs="Arial"/>
          <w:lang w:val="it-IT"/>
        </w:rPr>
        <w:t>nastup</w:t>
      </w:r>
      <w:proofErr w:type="spellEnd"/>
    </w:p>
    <w:p w14:paraId="00FACA9B" w14:textId="77777777" w:rsidR="006678E0" w:rsidRDefault="00000000">
      <w:pPr>
        <w:keepNext/>
        <w:spacing w:before="180" w:after="60" w:line="259" w:lineRule="auto"/>
      </w:pPr>
      <w:proofErr w:type="spellStart"/>
      <w:r>
        <w:rPr>
          <w:rFonts w:cs="Arial"/>
          <w:b/>
          <w:color w:val="000000"/>
          <w:sz w:val="23"/>
        </w:rPr>
        <w:t>Utorak</w:t>
      </w:r>
      <w:proofErr w:type="spellEnd"/>
      <w:r>
        <w:rPr>
          <w:rFonts w:cs="Arial"/>
          <w:b/>
          <w:color w:val="000000"/>
          <w:sz w:val="23"/>
        </w:rPr>
        <w:t>, 8. prosinca</w:t>
      </w:r>
    </w:p>
    <w:p w14:paraId="303B5BC6" w14:textId="77777777" w:rsidR="006678E0" w:rsidRDefault="00000000">
      <w:pPr>
        <w:spacing w:after="60" w:line="259" w:lineRule="auto"/>
        <w:ind w:left="142"/>
      </w:pPr>
      <w:r>
        <w:rPr>
          <w:rFonts w:cs="Arial"/>
          <w:b/>
        </w:rPr>
        <w:t xml:space="preserve">Trg Petra Zoranića: </w:t>
      </w:r>
      <w:r>
        <w:rPr>
          <w:rFonts w:cs="Arial"/>
        </w:rPr>
        <w:t>19:30 - Seven and Counting</w:t>
      </w:r>
    </w:p>
    <w:p w14:paraId="703C8EFF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proofErr w:type="spellStart"/>
      <w:r w:rsidRPr="00C84137">
        <w:rPr>
          <w:rFonts w:cs="Arial"/>
          <w:b/>
          <w:color w:val="000000"/>
          <w:sz w:val="23"/>
          <w:lang w:val="it-IT"/>
        </w:rPr>
        <w:t>Srijeda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9.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prosinca</w:t>
      </w:r>
      <w:proofErr w:type="spellEnd"/>
    </w:p>
    <w:p w14:paraId="5E46D0B2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 xml:space="preserve">19:30 - </w:t>
      </w:r>
      <w:proofErr w:type="spellStart"/>
      <w:r w:rsidRPr="00C84137">
        <w:rPr>
          <w:rFonts w:cs="Arial"/>
          <w:lang w:val="it-IT"/>
        </w:rPr>
        <w:t>Klapa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Kontrada</w:t>
      </w:r>
      <w:proofErr w:type="spellEnd"/>
    </w:p>
    <w:p w14:paraId="5DC12F3A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proofErr w:type="spellStart"/>
      <w:r w:rsidRPr="00C84137">
        <w:rPr>
          <w:rFonts w:cs="Arial"/>
          <w:b/>
          <w:color w:val="000000"/>
          <w:sz w:val="23"/>
          <w:lang w:val="it-IT"/>
        </w:rPr>
        <w:t>Četvrtak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10.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prosinca</w:t>
      </w:r>
      <w:proofErr w:type="spellEnd"/>
    </w:p>
    <w:p w14:paraId="573DB9DB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Gradska</w:t>
      </w:r>
      <w:proofErr w:type="spellEnd"/>
      <w:r w:rsidRPr="00C84137">
        <w:rPr>
          <w:rFonts w:cs="Arial"/>
          <w:b/>
          <w:lang w:val="it-IT"/>
        </w:rPr>
        <w:t xml:space="preserve"> </w:t>
      </w:r>
      <w:proofErr w:type="spellStart"/>
      <w:r w:rsidRPr="00C84137">
        <w:rPr>
          <w:rFonts w:cs="Arial"/>
          <w:b/>
          <w:lang w:val="it-IT"/>
        </w:rPr>
        <w:t>tržnica</w:t>
      </w:r>
      <w:proofErr w:type="spellEnd"/>
      <w:r w:rsidRPr="00C84137">
        <w:rPr>
          <w:rFonts w:cs="Arial"/>
          <w:b/>
          <w:lang w:val="it-IT"/>
        </w:rPr>
        <w:t xml:space="preserve"> / </w:t>
      </w:r>
      <w:proofErr w:type="spellStart"/>
      <w:r w:rsidRPr="00C84137">
        <w:rPr>
          <w:rFonts w:cs="Arial"/>
          <w:b/>
          <w:lang w:val="it-IT"/>
        </w:rPr>
        <w:t>Božićni</w:t>
      </w:r>
      <w:proofErr w:type="spellEnd"/>
      <w:r w:rsidRPr="00C84137">
        <w:rPr>
          <w:rFonts w:cs="Arial"/>
          <w:b/>
          <w:lang w:val="it-IT"/>
        </w:rPr>
        <w:t xml:space="preserve"> </w:t>
      </w:r>
      <w:proofErr w:type="spellStart"/>
      <w:r w:rsidRPr="00C84137">
        <w:rPr>
          <w:rFonts w:cs="Arial"/>
          <w:b/>
          <w:lang w:val="it-IT"/>
        </w:rPr>
        <w:t>gramofon</w:t>
      </w:r>
      <w:proofErr w:type="spellEnd"/>
      <w:r w:rsidRPr="00C84137">
        <w:rPr>
          <w:rFonts w:cs="Arial"/>
          <w:b/>
          <w:lang w:val="it-IT"/>
        </w:rPr>
        <w:t xml:space="preserve">: </w:t>
      </w:r>
      <w:r w:rsidRPr="00C84137">
        <w:rPr>
          <w:rFonts w:cs="Arial"/>
          <w:lang w:val="it-IT"/>
        </w:rPr>
        <w:t xml:space="preserve">17:00 - </w:t>
      </w:r>
      <w:proofErr w:type="spellStart"/>
      <w:r w:rsidRPr="00C84137">
        <w:rPr>
          <w:rFonts w:cs="Arial"/>
          <w:lang w:val="it-IT"/>
        </w:rPr>
        <w:t>predstavljanje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knjige</w:t>
      </w:r>
      <w:proofErr w:type="spellEnd"/>
      <w:r w:rsidRPr="00C84137">
        <w:rPr>
          <w:rFonts w:cs="Arial"/>
          <w:lang w:val="it-IT"/>
        </w:rPr>
        <w:t xml:space="preserve"> Nikole Marinkovića</w:t>
      </w:r>
    </w:p>
    <w:p w14:paraId="760FF513" w14:textId="77777777" w:rsidR="006678E0" w:rsidRDefault="00000000">
      <w:pPr>
        <w:spacing w:after="60" w:line="259" w:lineRule="auto"/>
        <w:ind w:left="142"/>
      </w:pPr>
      <w:proofErr w:type="spellStart"/>
      <w:r>
        <w:rPr>
          <w:rFonts w:cs="Arial"/>
          <w:b/>
        </w:rPr>
        <w:t>Trg</w:t>
      </w:r>
      <w:proofErr w:type="spellEnd"/>
      <w:r>
        <w:rPr>
          <w:rFonts w:cs="Arial"/>
          <w:b/>
        </w:rPr>
        <w:t xml:space="preserve"> Petra </w:t>
      </w:r>
      <w:proofErr w:type="spellStart"/>
      <w:r>
        <w:rPr>
          <w:rFonts w:cs="Arial"/>
          <w:b/>
        </w:rPr>
        <w:t>Zoranića</w:t>
      </w:r>
      <w:proofErr w:type="spellEnd"/>
      <w:r>
        <w:rPr>
          <w:rFonts w:cs="Arial"/>
          <w:b/>
        </w:rPr>
        <w:t xml:space="preserve">: </w:t>
      </w:r>
      <w:r>
        <w:rPr>
          <w:rFonts w:cs="Arial"/>
        </w:rPr>
        <w:t>20:30 - Nina and The Boyz</w:t>
      </w:r>
    </w:p>
    <w:p w14:paraId="5D39D708" w14:textId="77777777" w:rsidR="006678E0" w:rsidRDefault="00000000">
      <w:pPr>
        <w:keepNext/>
        <w:spacing w:before="180" w:after="60" w:line="259" w:lineRule="auto"/>
      </w:pPr>
      <w:r>
        <w:rPr>
          <w:rFonts w:cs="Arial"/>
          <w:b/>
          <w:color w:val="000000"/>
          <w:sz w:val="23"/>
        </w:rPr>
        <w:t>Petak, 11. prosinca</w:t>
      </w:r>
    </w:p>
    <w:p w14:paraId="0EFB34F0" w14:textId="344A9530" w:rsidR="006678E0" w:rsidRDefault="00000000">
      <w:pPr>
        <w:spacing w:after="60" w:line="259" w:lineRule="auto"/>
        <w:ind w:left="142"/>
      </w:pPr>
      <w:r>
        <w:rPr>
          <w:rFonts w:cs="Arial"/>
          <w:b/>
        </w:rPr>
        <w:t xml:space="preserve">Gradska tržnica / </w:t>
      </w:r>
      <w:proofErr w:type="spellStart"/>
      <w:r>
        <w:rPr>
          <w:rFonts w:cs="Arial"/>
          <w:b/>
        </w:rPr>
        <w:t>Božićni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gramofon</w:t>
      </w:r>
      <w:proofErr w:type="spellEnd"/>
      <w:r>
        <w:rPr>
          <w:rFonts w:cs="Arial"/>
          <w:b/>
        </w:rPr>
        <w:t xml:space="preserve">: </w:t>
      </w:r>
      <w:r>
        <w:rPr>
          <w:rFonts w:cs="Arial"/>
        </w:rPr>
        <w:t xml:space="preserve">20:30 </w:t>
      </w:r>
      <w:r w:rsidR="00C84137">
        <w:rPr>
          <w:rFonts w:cs="Arial"/>
        </w:rPr>
        <w:t>–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Sexymotherf</w:t>
      </w:r>
      <w:proofErr w:type="spellEnd"/>
      <w:r w:rsidR="00C84137">
        <w:rPr>
          <w:rFonts w:cs="Arial"/>
        </w:rPr>
        <w:t>***</w:t>
      </w:r>
      <w:proofErr w:type="spellStart"/>
      <w:r>
        <w:rPr>
          <w:rFonts w:cs="Arial"/>
        </w:rPr>
        <w:t>rsi</w:t>
      </w:r>
      <w:proofErr w:type="spellEnd"/>
    </w:p>
    <w:p w14:paraId="562A854C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>21:00 - Ivana Banfić</w:t>
      </w:r>
    </w:p>
    <w:p w14:paraId="38489199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proofErr w:type="spellStart"/>
      <w:r w:rsidRPr="00C84137">
        <w:rPr>
          <w:rFonts w:cs="Arial"/>
          <w:b/>
          <w:color w:val="000000"/>
          <w:sz w:val="23"/>
          <w:lang w:val="it-IT"/>
        </w:rPr>
        <w:t>Subota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12.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prosinca</w:t>
      </w:r>
      <w:proofErr w:type="spellEnd"/>
    </w:p>
    <w:p w14:paraId="53065E04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r w:rsidRPr="00C84137">
        <w:rPr>
          <w:rFonts w:cs="Arial"/>
          <w:b/>
          <w:lang w:val="it-IT"/>
        </w:rPr>
        <w:t xml:space="preserve">Forum: </w:t>
      </w:r>
      <w:r w:rsidRPr="00C84137">
        <w:rPr>
          <w:rFonts w:cs="Arial"/>
          <w:lang w:val="it-IT"/>
        </w:rPr>
        <w:t xml:space="preserve">10:00 - 13:00 - </w:t>
      </w:r>
      <w:proofErr w:type="spellStart"/>
      <w:r w:rsidRPr="00C84137">
        <w:rPr>
          <w:rFonts w:cs="Arial"/>
          <w:lang w:val="it-IT"/>
        </w:rPr>
        <w:t>Kazalište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Tvornica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lutaka</w:t>
      </w:r>
      <w:proofErr w:type="spellEnd"/>
      <w:r w:rsidRPr="00C84137">
        <w:rPr>
          <w:rFonts w:cs="Arial"/>
          <w:lang w:val="it-IT"/>
        </w:rPr>
        <w:t xml:space="preserve">: </w:t>
      </w:r>
      <w:proofErr w:type="spellStart"/>
      <w:r w:rsidRPr="00C84137">
        <w:rPr>
          <w:rFonts w:cs="Arial"/>
          <w:lang w:val="it-IT"/>
        </w:rPr>
        <w:t>predstava</w:t>
      </w:r>
      <w:proofErr w:type="spellEnd"/>
      <w:r w:rsidRPr="00C84137">
        <w:rPr>
          <w:rFonts w:cs="Arial"/>
          <w:lang w:val="it-IT"/>
        </w:rPr>
        <w:t xml:space="preserve"> i </w:t>
      </w:r>
      <w:proofErr w:type="spellStart"/>
      <w:r w:rsidRPr="00C84137">
        <w:rPr>
          <w:rFonts w:cs="Arial"/>
          <w:lang w:val="it-IT"/>
        </w:rPr>
        <w:t>izrada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lanterni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sv</w:t>
      </w:r>
      <w:proofErr w:type="spellEnd"/>
      <w:r w:rsidRPr="00C84137">
        <w:rPr>
          <w:rFonts w:cs="Arial"/>
          <w:lang w:val="it-IT"/>
        </w:rPr>
        <w:t>. Lucija</w:t>
      </w:r>
    </w:p>
    <w:p w14:paraId="3651AB93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r w:rsidRPr="00C84137">
        <w:rPr>
          <w:rFonts w:cs="Arial"/>
          <w:b/>
          <w:lang w:val="it-IT"/>
        </w:rPr>
        <w:t xml:space="preserve">Forum: </w:t>
      </w:r>
      <w:r w:rsidRPr="00C84137">
        <w:rPr>
          <w:rFonts w:cs="Arial"/>
          <w:lang w:val="it-IT"/>
        </w:rPr>
        <w:t xml:space="preserve">16:00 - 18:00 - </w:t>
      </w:r>
      <w:proofErr w:type="spellStart"/>
      <w:r w:rsidRPr="00C84137">
        <w:rPr>
          <w:rFonts w:cs="Arial"/>
          <w:lang w:val="it-IT"/>
        </w:rPr>
        <w:t>paljenje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adventske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svijeće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uz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dječji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zbor</w:t>
      </w:r>
      <w:proofErr w:type="spellEnd"/>
    </w:p>
    <w:p w14:paraId="7630045C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r w:rsidRPr="00C84137">
        <w:rPr>
          <w:rFonts w:cs="Arial"/>
          <w:b/>
          <w:lang w:val="it-IT"/>
        </w:rPr>
        <w:t xml:space="preserve">Forum: </w:t>
      </w:r>
      <w:r w:rsidRPr="00C84137">
        <w:rPr>
          <w:rFonts w:cs="Arial"/>
          <w:lang w:val="it-IT"/>
        </w:rPr>
        <w:t xml:space="preserve">16:00 - 18:00 - </w:t>
      </w:r>
      <w:proofErr w:type="spellStart"/>
      <w:r w:rsidRPr="00C84137">
        <w:rPr>
          <w:rFonts w:cs="Arial"/>
          <w:lang w:val="it-IT"/>
        </w:rPr>
        <w:t>čitanje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priča</w:t>
      </w:r>
      <w:proofErr w:type="spellEnd"/>
      <w:r w:rsidRPr="00C84137">
        <w:rPr>
          <w:rFonts w:cs="Arial"/>
          <w:lang w:val="it-IT"/>
        </w:rPr>
        <w:t xml:space="preserve"> i/ili </w:t>
      </w:r>
      <w:proofErr w:type="spellStart"/>
      <w:r w:rsidRPr="00C84137">
        <w:rPr>
          <w:rFonts w:cs="Arial"/>
          <w:lang w:val="it-IT"/>
        </w:rPr>
        <w:t>crtić</w:t>
      </w:r>
      <w:proofErr w:type="spellEnd"/>
      <w:r w:rsidRPr="00C84137">
        <w:rPr>
          <w:rFonts w:cs="Arial"/>
          <w:lang w:val="it-IT"/>
        </w:rPr>
        <w:t xml:space="preserve"> za </w:t>
      </w:r>
      <w:proofErr w:type="spellStart"/>
      <w:r w:rsidRPr="00C84137">
        <w:rPr>
          <w:rFonts w:cs="Arial"/>
          <w:lang w:val="it-IT"/>
        </w:rPr>
        <w:t>djecu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na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temu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Božića</w:t>
      </w:r>
      <w:proofErr w:type="spellEnd"/>
    </w:p>
    <w:p w14:paraId="2B243515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r w:rsidRPr="00C84137">
        <w:rPr>
          <w:rFonts w:cs="Arial"/>
          <w:b/>
          <w:lang w:val="it-IT"/>
        </w:rPr>
        <w:t xml:space="preserve">Forum: </w:t>
      </w:r>
      <w:r w:rsidRPr="00C84137">
        <w:rPr>
          <w:rFonts w:cs="Arial"/>
          <w:lang w:val="it-IT"/>
        </w:rPr>
        <w:t xml:space="preserve">16:00 - 18:00 - </w:t>
      </w:r>
      <w:proofErr w:type="spellStart"/>
      <w:r w:rsidRPr="00C84137">
        <w:rPr>
          <w:rFonts w:cs="Arial"/>
          <w:lang w:val="it-IT"/>
        </w:rPr>
        <w:t>Advent</w:t>
      </w:r>
      <w:proofErr w:type="spellEnd"/>
      <w:r w:rsidRPr="00C84137">
        <w:rPr>
          <w:rFonts w:cs="Arial"/>
          <w:lang w:val="it-IT"/>
        </w:rPr>
        <w:t xml:space="preserve"> Talks za </w:t>
      </w:r>
      <w:proofErr w:type="spellStart"/>
      <w:r w:rsidRPr="00C84137">
        <w:rPr>
          <w:rFonts w:cs="Arial"/>
          <w:lang w:val="it-IT"/>
        </w:rPr>
        <w:t>roditelje</w:t>
      </w:r>
      <w:proofErr w:type="spellEnd"/>
      <w:r w:rsidRPr="00C84137">
        <w:rPr>
          <w:rFonts w:cs="Arial"/>
          <w:lang w:val="it-IT"/>
        </w:rPr>
        <w:t xml:space="preserve">: Kako </w:t>
      </w:r>
      <w:proofErr w:type="spellStart"/>
      <w:r w:rsidRPr="00C84137">
        <w:rPr>
          <w:rFonts w:cs="Arial"/>
          <w:lang w:val="it-IT"/>
        </w:rPr>
        <w:t>usporiti</w:t>
      </w:r>
      <w:proofErr w:type="spellEnd"/>
      <w:r w:rsidRPr="00C84137">
        <w:rPr>
          <w:rFonts w:cs="Arial"/>
          <w:lang w:val="it-IT"/>
        </w:rPr>
        <w:t xml:space="preserve"> i </w:t>
      </w:r>
      <w:proofErr w:type="spellStart"/>
      <w:r w:rsidRPr="00C84137">
        <w:rPr>
          <w:rFonts w:cs="Arial"/>
          <w:lang w:val="it-IT"/>
        </w:rPr>
        <w:t>živjeti</w:t>
      </w:r>
      <w:proofErr w:type="spellEnd"/>
      <w:r w:rsidRPr="00C84137">
        <w:rPr>
          <w:rFonts w:cs="Arial"/>
          <w:lang w:val="it-IT"/>
        </w:rPr>
        <w:t xml:space="preserve"> Božić, a ne </w:t>
      </w:r>
      <w:proofErr w:type="spellStart"/>
      <w:r w:rsidRPr="00C84137">
        <w:rPr>
          <w:rFonts w:cs="Arial"/>
          <w:lang w:val="it-IT"/>
        </w:rPr>
        <w:t>samo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preživjeti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prosinac</w:t>
      </w:r>
      <w:proofErr w:type="spellEnd"/>
      <w:r w:rsidRPr="00C84137">
        <w:rPr>
          <w:rFonts w:cs="Arial"/>
          <w:lang w:val="it-IT"/>
        </w:rPr>
        <w:t>?</w:t>
      </w:r>
    </w:p>
    <w:p w14:paraId="2715439E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r w:rsidRPr="00C84137">
        <w:rPr>
          <w:rFonts w:cs="Arial"/>
          <w:b/>
          <w:lang w:val="it-IT"/>
        </w:rPr>
        <w:t xml:space="preserve">Forum: </w:t>
      </w:r>
      <w:r w:rsidRPr="00C84137">
        <w:rPr>
          <w:rFonts w:cs="Arial"/>
          <w:lang w:val="it-IT"/>
        </w:rPr>
        <w:t>19:00 - 21:00 - Amorose</w:t>
      </w:r>
    </w:p>
    <w:p w14:paraId="75CFC7D5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Gradska</w:t>
      </w:r>
      <w:proofErr w:type="spellEnd"/>
      <w:r w:rsidRPr="00C84137">
        <w:rPr>
          <w:rFonts w:cs="Arial"/>
          <w:b/>
          <w:lang w:val="it-IT"/>
        </w:rPr>
        <w:t xml:space="preserve"> </w:t>
      </w:r>
      <w:proofErr w:type="spellStart"/>
      <w:r w:rsidRPr="00C84137">
        <w:rPr>
          <w:rFonts w:cs="Arial"/>
          <w:b/>
          <w:lang w:val="it-IT"/>
        </w:rPr>
        <w:t>tržnica</w:t>
      </w:r>
      <w:proofErr w:type="spellEnd"/>
      <w:r w:rsidRPr="00C84137">
        <w:rPr>
          <w:rFonts w:cs="Arial"/>
          <w:b/>
          <w:lang w:val="it-IT"/>
        </w:rPr>
        <w:t xml:space="preserve"> / </w:t>
      </w:r>
      <w:proofErr w:type="spellStart"/>
      <w:r w:rsidRPr="00C84137">
        <w:rPr>
          <w:rFonts w:cs="Arial"/>
          <w:b/>
          <w:lang w:val="it-IT"/>
        </w:rPr>
        <w:t>Božićni</w:t>
      </w:r>
      <w:proofErr w:type="spellEnd"/>
      <w:r w:rsidRPr="00C84137">
        <w:rPr>
          <w:rFonts w:cs="Arial"/>
          <w:b/>
          <w:lang w:val="it-IT"/>
        </w:rPr>
        <w:t xml:space="preserve"> </w:t>
      </w:r>
      <w:proofErr w:type="spellStart"/>
      <w:r w:rsidRPr="00C84137">
        <w:rPr>
          <w:rFonts w:cs="Arial"/>
          <w:b/>
          <w:lang w:val="it-IT"/>
        </w:rPr>
        <w:t>gramofon</w:t>
      </w:r>
      <w:proofErr w:type="spellEnd"/>
      <w:r w:rsidRPr="00C84137">
        <w:rPr>
          <w:rFonts w:cs="Arial"/>
          <w:b/>
          <w:lang w:val="it-IT"/>
        </w:rPr>
        <w:t xml:space="preserve">: </w:t>
      </w:r>
      <w:r w:rsidRPr="00C84137">
        <w:rPr>
          <w:rFonts w:cs="Arial"/>
          <w:lang w:val="it-IT"/>
        </w:rPr>
        <w:t xml:space="preserve">20:30 - </w:t>
      </w:r>
      <w:proofErr w:type="spellStart"/>
      <w:r w:rsidRPr="00C84137">
        <w:rPr>
          <w:rFonts w:cs="Arial"/>
          <w:lang w:val="it-IT"/>
        </w:rPr>
        <w:t>Kandžija</w:t>
      </w:r>
      <w:proofErr w:type="spellEnd"/>
    </w:p>
    <w:p w14:paraId="3F322280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>21:00 - Matija Cvek</w:t>
      </w:r>
    </w:p>
    <w:p w14:paraId="0162668A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proofErr w:type="spellStart"/>
      <w:r w:rsidRPr="00C84137">
        <w:rPr>
          <w:rFonts w:cs="Arial"/>
          <w:b/>
          <w:color w:val="000000"/>
          <w:sz w:val="23"/>
          <w:lang w:val="it-IT"/>
        </w:rPr>
        <w:t>Nedjelja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13.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prosinca</w:t>
      </w:r>
      <w:proofErr w:type="spellEnd"/>
    </w:p>
    <w:p w14:paraId="37046E09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 xml:space="preserve">19:00 - Sveta Luca </w:t>
      </w:r>
      <w:proofErr w:type="spellStart"/>
      <w:r w:rsidRPr="00C84137">
        <w:rPr>
          <w:rFonts w:cs="Arial"/>
          <w:lang w:val="it-IT"/>
        </w:rPr>
        <w:t>uz</w:t>
      </w:r>
      <w:proofErr w:type="spellEnd"/>
      <w:r w:rsidRPr="00C84137">
        <w:rPr>
          <w:rFonts w:cs="Arial"/>
          <w:lang w:val="it-IT"/>
        </w:rPr>
        <w:t xml:space="preserve"> Gradsku </w:t>
      </w:r>
      <w:proofErr w:type="spellStart"/>
      <w:r w:rsidRPr="00C84137">
        <w:rPr>
          <w:rFonts w:cs="Arial"/>
          <w:lang w:val="it-IT"/>
        </w:rPr>
        <w:t>glazbu</w:t>
      </w:r>
      <w:proofErr w:type="spellEnd"/>
      <w:r w:rsidRPr="00C84137">
        <w:rPr>
          <w:rFonts w:cs="Arial"/>
          <w:lang w:val="it-IT"/>
        </w:rPr>
        <w:t xml:space="preserve"> Zadar</w:t>
      </w:r>
    </w:p>
    <w:p w14:paraId="3FFE2810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proofErr w:type="spellStart"/>
      <w:r w:rsidRPr="00C84137">
        <w:rPr>
          <w:rFonts w:cs="Arial"/>
          <w:b/>
          <w:color w:val="000000"/>
          <w:sz w:val="23"/>
          <w:lang w:val="it-IT"/>
        </w:rPr>
        <w:t>Ponedjeljak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14.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prosinca</w:t>
      </w:r>
      <w:proofErr w:type="spellEnd"/>
    </w:p>
    <w:p w14:paraId="1453B61F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 xml:space="preserve">19:30 - DJ </w:t>
      </w:r>
      <w:proofErr w:type="spellStart"/>
      <w:r w:rsidRPr="00C84137">
        <w:rPr>
          <w:rFonts w:cs="Arial"/>
          <w:lang w:val="it-IT"/>
        </w:rPr>
        <w:t>nastup</w:t>
      </w:r>
      <w:proofErr w:type="spellEnd"/>
    </w:p>
    <w:p w14:paraId="6A7E819A" w14:textId="77777777" w:rsidR="006678E0" w:rsidRDefault="00000000">
      <w:pPr>
        <w:keepNext/>
        <w:spacing w:before="180" w:after="60" w:line="259" w:lineRule="auto"/>
      </w:pPr>
      <w:proofErr w:type="spellStart"/>
      <w:r>
        <w:rPr>
          <w:rFonts w:cs="Arial"/>
          <w:b/>
          <w:color w:val="000000"/>
          <w:sz w:val="23"/>
        </w:rPr>
        <w:t>Utorak</w:t>
      </w:r>
      <w:proofErr w:type="spellEnd"/>
      <w:r>
        <w:rPr>
          <w:rFonts w:cs="Arial"/>
          <w:b/>
          <w:color w:val="000000"/>
          <w:sz w:val="23"/>
        </w:rPr>
        <w:t>, 15. prosinca</w:t>
      </w:r>
    </w:p>
    <w:p w14:paraId="123ECF95" w14:textId="77777777" w:rsidR="006678E0" w:rsidRDefault="00000000">
      <w:pPr>
        <w:spacing w:after="60" w:line="259" w:lineRule="auto"/>
        <w:ind w:left="142"/>
      </w:pPr>
      <w:r>
        <w:rPr>
          <w:rFonts w:cs="Arial"/>
          <w:b/>
        </w:rPr>
        <w:t xml:space="preserve">Trg Petra Zoranića: </w:t>
      </w:r>
      <w:r>
        <w:rPr>
          <w:rFonts w:cs="Arial"/>
        </w:rPr>
        <w:t>19:30 - Jet Set</w:t>
      </w:r>
    </w:p>
    <w:p w14:paraId="0EAE4A6B" w14:textId="77777777" w:rsidR="006678E0" w:rsidRDefault="00000000">
      <w:pPr>
        <w:keepNext/>
        <w:spacing w:before="180" w:after="60" w:line="259" w:lineRule="auto"/>
      </w:pPr>
      <w:r>
        <w:rPr>
          <w:rFonts w:cs="Arial"/>
          <w:b/>
          <w:color w:val="000000"/>
          <w:sz w:val="23"/>
        </w:rPr>
        <w:t>Srijeda, 16. prosinca</w:t>
      </w:r>
    </w:p>
    <w:p w14:paraId="4F69A2B1" w14:textId="77777777" w:rsidR="006678E0" w:rsidRDefault="00000000">
      <w:pPr>
        <w:spacing w:after="60" w:line="259" w:lineRule="auto"/>
        <w:ind w:left="142"/>
      </w:pPr>
      <w:r>
        <w:rPr>
          <w:rFonts w:cs="Arial"/>
          <w:b/>
        </w:rPr>
        <w:t xml:space="preserve">Trg Petra Zoranića: </w:t>
      </w:r>
      <w:r>
        <w:rPr>
          <w:rFonts w:cs="Arial"/>
        </w:rPr>
        <w:t>19:30 - Klapa Leut</w:t>
      </w:r>
    </w:p>
    <w:p w14:paraId="22934681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proofErr w:type="spellStart"/>
      <w:r w:rsidRPr="00C84137">
        <w:rPr>
          <w:rFonts w:cs="Arial"/>
          <w:b/>
          <w:color w:val="000000"/>
          <w:sz w:val="23"/>
          <w:lang w:val="it-IT"/>
        </w:rPr>
        <w:t>Četvrtak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17.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prosinca</w:t>
      </w:r>
      <w:proofErr w:type="spellEnd"/>
    </w:p>
    <w:p w14:paraId="0704936A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>20:30 - Marina Tomašević</w:t>
      </w:r>
    </w:p>
    <w:p w14:paraId="55980719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r w:rsidRPr="00C84137">
        <w:rPr>
          <w:rFonts w:cs="Arial"/>
          <w:b/>
          <w:color w:val="000000"/>
          <w:sz w:val="23"/>
          <w:lang w:val="it-IT"/>
        </w:rPr>
        <w:t xml:space="preserve">Petak, 18.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prosinca</w:t>
      </w:r>
      <w:proofErr w:type="spellEnd"/>
    </w:p>
    <w:p w14:paraId="44552FC3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>21:00 - Ragazzi &amp; Miach</w:t>
      </w:r>
    </w:p>
    <w:p w14:paraId="131611FA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Gradska</w:t>
      </w:r>
      <w:proofErr w:type="spellEnd"/>
      <w:r w:rsidRPr="00C84137">
        <w:rPr>
          <w:rFonts w:cs="Arial"/>
          <w:b/>
          <w:lang w:val="it-IT"/>
        </w:rPr>
        <w:t xml:space="preserve"> </w:t>
      </w:r>
      <w:proofErr w:type="spellStart"/>
      <w:r w:rsidRPr="00C84137">
        <w:rPr>
          <w:rFonts w:cs="Arial"/>
          <w:b/>
          <w:lang w:val="it-IT"/>
        </w:rPr>
        <w:t>tržnica</w:t>
      </w:r>
      <w:proofErr w:type="spellEnd"/>
      <w:r w:rsidRPr="00C84137">
        <w:rPr>
          <w:rFonts w:cs="Arial"/>
          <w:b/>
          <w:lang w:val="it-IT"/>
        </w:rPr>
        <w:t xml:space="preserve"> / </w:t>
      </w:r>
      <w:proofErr w:type="spellStart"/>
      <w:r w:rsidRPr="00C84137">
        <w:rPr>
          <w:rFonts w:cs="Arial"/>
          <w:b/>
          <w:lang w:val="it-IT"/>
        </w:rPr>
        <w:t>Božićni</w:t>
      </w:r>
      <w:proofErr w:type="spellEnd"/>
      <w:r w:rsidRPr="00C84137">
        <w:rPr>
          <w:rFonts w:cs="Arial"/>
          <w:b/>
          <w:lang w:val="it-IT"/>
        </w:rPr>
        <w:t xml:space="preserve"> </w:t>
      </w:r>
      <w:proofErr w:type="spellStart"/>
      <w:r w:rsidRPr="00C84137">
        <w:rPr>
          <w:rFonts w:cs="Arial"/>
          <w:b/>
          <w:lang w:val="it-IT"/>
        </w:rPr>
        <w:t>gramofon</w:t>
      </w:r>
      <w:proofErr w:type="spellEnd"/>
      <w:r w:rsidRPr="00C84137">
        <w:rPr>
          <w:rFonts w:cs="Arial"/>
          <w:b/>
          <w:lang w:val="it-IT"/>
        </w:rPr>
        <w:t xml:space="preserve">: </w:t>
      </w:r>
      <w:r w:rsidRPr="00C84137">
        <w:rPr>
          <w:rFonts w:cs="Arial"/>
          <w:lang w:val="it-IT"/>
        </w:rPr>
        <w:t xml:space="preserve">DJ </w:t>
      </w:r>
      <w:proofErr w:type="spellStart"/>
      <w:r w:rsidRPr="00C84137">
        <w:rPr>
          <w:rFonts w:cs="Arial"/>
          <w:lang w:val="it-IT"/>
        </w:rPr>
        <w:t>program</w:t>
      </w:r>
      <w:proofErr w:type="spellEnd"/>
    </w:p>
    <w:p w14:paraId="50BC57E5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proofErr w:type="spellStart"/>
      <w:r w:rsidRPr="00C84137">
        <w:rPr>
          <w:rFonts w:cs="Arial"/>
          <w:b/>
          <w:color w:val="000000"/>
          <w:sz w:val="23"/>
          <w:lang w:val="it-IT"/>
        </w:rPr>
        <w:t>Subota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19.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prosinca</w:t>
      </w:r>
      <w:proofErr w:type="spellEnd"/>
    </w:p>
    <w:p w14:paraId="6484CF3F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r w:rsidRPr="00C84137">
        <w:rPr>
          <w:rFonts w:cs="Arial"/>
          <w:b/>
          <w:lang w:val="it-IT"/>
        </w:rPr>
        <w:t xml:space="preserve">Forum: </w:t>
      </w:r>
      <w:r w:rsidRPr="00C84137">
        <w:rPr>
          <w:rFonts w:cs="Arial"/>
          <w:lang w:val="it-IT"/>
        </w:rPr>
        <w:t xml:space="preserve">10:00 - 13:00 - </w:t>
      </w:r>
      <w:proofErr w:type="spellStart"/>
      <w:r w:rsidRPr="00C84137">
        <w:rPr>
          <w:rFonts w:cs="Arial"/>
          <w:lang w:val="it-IT"/>
        </w:rPr>
        <w:t>Kazalište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Tvornica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lutaka</w:t>
      </w:r>
      <w:proofErr w:type="spellEnd"/>
      <w:r w:rsidRPr="00C84137">
        <w:rPr>
          <w:rFonts w:cs="Arial"/>
          <w:lang w:val="it-IT"/>
        </w:rPr>
        <w:t xml:space="preserve">: </w:t>
      </w:r>
      <w:proofErr w:type="spellStart"/>
      <w:r w:rsidRPr="00C84137">
        <w:rPr>
          <w:rFonts w:cs="Arial"/>
          <w:lang w:val="it-IT"/>
        </w:rPr>
        <w:t>predstava</w:t>
      </w:r>
      <w:proofErr w:type="spellEnd"/>
      <w:r w:rsidRPr="00C84137">
        <w:rPr>
          <w:rFonts w:cs="Arial"/>
          <w:lang w:val="it-IT"/>
        </w:rPr>
        <w:t xml:space="preserve"> i </w:t>
      </w:r>
      <w:proofErr w:type="spellStart"/>
      <w:r w:rsidRPr="00C84137">
        <w:rPr>
          <w:rFonts w:cs="Arial"/>
          <w:lang w:val="it-IT"/>
        </w:rPr>
        <w:t>izrada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jaslica</w:t>
      </w:r>
      <w:proofErr w:type="spellEnd"/>
    </w:p>
    <w:p w14:paraId="560F82AC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 xml:space="preserve">11:00 - </w:t>
      </w:r>
      <w:proofErr w:type="spellStart"/>
      <w:r w:rsidRPr="00C84137">
        <w:rPr>
          <w:rFonts w:cs="Arial"/>
          <w:lang w:val="it-IT"/>
        </w:rPr>
        <w:t>Božićna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čarolija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mažoret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plesa</w:t>
      </w:r>
      <w:proofErr w:type="spellEnd"/>
    </w:p>
    <w:p w14:paraId="2C14D1B5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r w:rsidRPr="00C84137">
        <w:rPr>
          <w:rFonts w:cs="Arial"/>
          <w:b/>
          <w:lang w:val="it-IT"/>
        </w:rPr>
        <w:lastRenderedPageBreak/>
        <w:t xml:space="preserve">Forum: </w:t>
      </w:r>
      <w:r w:rsidRPr="00C84137">
        <w:rPr>
          <w:rFonts w:cs="Arial"/>
          <w:lang w:val="it-IT"/>
        </w:rPr>
        <w:t xml:space="preserve">16:00 - 18:00 - </w:t>
      </w:r>
      <w:proofErr w:type="spellStart"/>
      <w:r w:rsidRPr="00C84137">
        <w:rPr>
          <w:rFonts w:cs="Arial"/>
          <w:lang w:val="it-IT"/>
        </w:rPr>
        <w:t>paljenje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adventske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svijeće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uz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dječji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zbor</w:t>
      </w:r>
      <w:proofErr w:type="spellEnd"/>
    </w:p>
    <w:p w14:paraId="35BDE2B3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r w:rsidRPr="00C84137">
        <w:rPr>
          <w:rFonts w:cs="Arial"/>
          <w:b/>
          <w:lang w:val="it-IT"/>
        </w:rPr>
        <w:t xml:space="preserve">Forum: </w:t>
      </w:r>
      <w:r w:rsidRPr="00C84137">
        <w:rPr>
          <w:rFonts w:cs="Arial"/>
          <w:lang w:val="it-IT"/>
        </w:rPr>
        <w:t xml:space="preserve">16:00 - 18:00 - </w:t>
      </w:r>
      <w:proofErr w:type="spellStart"/>
      <w:r w:rsidRPr="00C84137">
        <w:rPr>
          <w:rFonts w:cs="Arial"/>
          <w:lang w:val="it-IT"/>
        </w:rPr>
        <w:t>čitanje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priča</w:t>
      </w:r>
      <w:proofErr w:type="spellEnd"/>
      <w:r w:rsidRPr="00C84137">
        <w:rPr>
          <w:rFonts w:cs="Arial"/>
          <w:lang w:val="it-IT"/>
        </w:rPr>
        <w:t xml:space="preserve"> i/ili </w:t>
      </w:r>
      <w:proofErr w:type="spellStart"/>
      <w:r w:rsidRPr="00C84137">
        <w:rPr>
          <w:rFonts w:cs="Arial"/>
          <w:lang w:val="it-IT"/>
        </w:rPr>
        <w:t>crtić</w:t>
      </w:r>
      <w:proofErr w:type="spellEnd"/>
      <w:r w:rsidRPr="00C84137">
        <w:rPr>
          <w:rFonts w:cs="Arial"/>
          <w:lang w:val="it-IT"/>
        </w:rPr>
        <w:t xml:space="preserve"> za </w:t>
      </w:r>
      <w:proofErr w:type="spellStart"/>
      <w:r w:rsidRPr="00C84137">
        <w:rPr>
          <w:rFonts w:cs="Arial"/>
          <w:lang w:val="it-IT"/>
        </w:rPr>
        <w:t>djecu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na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temu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Božića</w:t>
      </w:r>
      <w:proofErr w:type="spellEnd"/>
    </w:p>
    <w:p w14:paraId="50AEAD9D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r w:rsidRPr="00C84137">
        <w:rPr>
          <w:rFonts w:cs="Arial"/>
          <w:b/>
          <w:lang w:val="it-IT"/>
        </w:rPr>
        <w:t xml:space="preserve">Forum: </w:t>
      </w:r>
      <w:r w:rsidRPr="00C84137">
        <w:rPr>
          <w:rFonts w:cs="Arial"/>
          <w:lang w:val="it-IT"/>
        </w:rPr>
        <w:t xml:space="preserve">16:00 - 18:00 - </w:t>
      </w:r>
      <w:proofErr w:type="spellStart"/>
      <w:r w:rsidRPr="00C84137">
        <w:rPr>
          <w:rFonts w:cs="Arial"/>
          <w:lang w:val="it-IT"/>
        </w:rPr>
        <w:t>Advent</w:t>
      </w:r>
      <w:proofErr w:type="spellEnd"/>
      <w:r w:rsidRPr="00C84137">
        <w:rPr>
          <w:rFonts w:cs="Arial"/>
          <w:lang w:val="it-IT"/>
        </w:rPr>
        <w:t xml:space="preserve"> Talks za </w:t>
      </w:r>
      <w:proofErr w:type="spellStart"/>
      <w:r w:rsidRPr="00C84137">
        <w:rPr>
          <w:rFonts w:cs="Arial"/>
          <w:lang w:val="it-IT"/>
        </w:rPr>
        <w:t>roditelje</w:t>
      </w:r>
      <w:proofErr w:type="spellEnd"/>
      <w:r w:rsidRPr="00C84137">
        <w:rPr>
          <w:rFonts w:cs="Arial"/>
          <w:lang w:val="it-IT"/>
        </w:rPr>
        <w:t xml:space="preserve">: Kako </w:t>
      </w:r>
      <w:proofErr w:type="spellStart"/>
      <w:r w:rsidRPr="00C84137">
        <w:rPr>
          <w:rFonts w:cs="Arial"/>
          <w:lang w:val="it-IT"/>
        </w:rPr>
        <w:t>djeci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približiti</w:t>
      </w:r>
      <w:proofErr w:type="spellEnd"/>
      <w:r w:rsidRPr="00C84137">
        <w:rPr>
          <w:rFonts w:cs="Arial"/>
          <w:lang w:val="it-IT"/>
        </w:rPr>
        <w:t xml:space="preserve"> pravo </w:t>
      </w:r>
      <w:proofErr w:type="spellStart"/>
      <w:r w:rsidRPr="00C84137">
        <w:rPr>
          <w:rFonts w:cs="Arial"/>
          <w:lang w:val="it-IT"/>
        </w:rPr>
        <w:t>značenje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Božića</w:t>
      </w:r>
      <w:proofErr w:type="spellEnd"/>
      <w:r w:rsidRPr="00C84137">
        <w:rPr>
          <w:rFonts w:cs="Arial"/>
          <w:lang w:val="it-IT"/>
        </w:rPr>
        <w:t>?</w:t>
      </w:r>
    </w:p>
    <w:p w14:paraId="58474FE7" w14:textId="77777777" w:rsidR="006678E0" w:rsidRPr="00C84137" w:rsidRDefault="00000000">
      <w:pPr>
        <w:spacing w:after="60" w:line="259" w:lineRule="auto"/>
        <w:ind w:left="142"/>
        <w:rPr>
          <w:lang w:val="de-DE"/>
        </w:rPr>
      </w:pPr>
      <w:r w:rsidRPr="00C84137">
        <w:rPr>
          <w:rFonts w:cs="Arial"/>
          <w:b/>
          <w:lang w:val="de-DE"/>
        </w:rPr>
        <w:t xml:space="preserve">Forum: </w:t>
      </w:r>
      <w:r w:rsidRPr="00C84137">
        <w:rPr>
          <w:rFonts w:cs="Arial"/>
          <w:lang w:val="de-DE"/>
        </w:rPr>
        <w:t xml:space="preserve">19:00 - 21:00 - </w:t>
      </w:r>
      <w:proofErr w:type="spellStart"/>
      <w:r w:rsidRPr="00C84137">
        <w:rPr>
          <w:rFonts w:cs="Arial"/>
          <w:lang w:val="de-DE"/>
        </w:rPr>
        <w:t>koncert</w:t>
      </w:r>
      <w:proofErr w:type="spellEnd"/>
      <w:r w:rsidRPr="00C84137">
        <w:rPr>
          <w:rFonts w:cs="Arial"/>
          <w:lang w:val="de-DE"/>
        </w:rPr>
        <w:t xml:space="preserve"> </w:t>
      </w:r>
      <w:proofErr w:type="spellStart"/>
      <w:r w:rsidRPr="00C84137">
        <w:rPr>
          <w:rFonts w:cs="Arial"/>
          <w:lang w:val="de-DE"/>
        </w:rPr>
        <w:t>duhovne</w:t>
      </w:r>
      <w:proofErr w:type="spellEnd"/>
      <w:r w:rsidRPr="00C84137">
        <w:rPr>
          <w:rFonts w:cs="Arial"/>
          <w:lang w:val="de-DE"/>
        </w:rPr>
        <w:t xml:space="preserve"> </w:t>
      </w:r>
      <w:proofErr w:type="spellStart"/>
      <w:r w:rsidRPr="00C84137">
        <w:rPr>
          <w:rFonts w:cs="Arial"/>
          <w:lang w:val="de-DE"/>
        </w:rPr>
        <w:t>glazbe</w:t>
      </w:r>
      <w:proofErr w:type="spellEnd"/>
      <w:r w:rsidRPr="00C84137">
        <w:rPr>
          <w:rFonts w:cs="Arial"/>
          <w:lang w:val="de-DE"/>
        </w:rPr>
        <w:t xml:space="preserve"> Emanuel &amp; Albina</w:t>
      </w:r>
    </w:p>
    <w:p w14:paraId="42D13206" w14:textId="77777777" w:rsidR="006678E0" w:rsidRPr="00C84137" w:rsidRDefault="00000000">
      <w:pPr>
        <w:spacing w:after="60" w:line="259" w:lineRule="auto"/>
        <w:ind w:left="142"/>
        <w:rPr>
          <w:lang w:val="de-DE"/>
        </w:rPr>
      </w:pPr>
      <w:proofErr w:type="spellStart"/>
      <w:r w:rsidRPr="00C84137">
        <w:rPr>
          <w:rFonts w:cs="Arial"/>
          <w:b/>
          <w:lang w:val="de-DE"/>
        </w:rPr>
        <w:t>Trg</w:t>
      </w:r>
      <w:proofErr w:type="spellEnd"/>
      <w:r w:rsidRPr="00C84137">
        <w:rPr>
          <w:rFonts w:cs="Arial"/>
          <w:b/>
          <w:lang w:val="de-DE"/>
        </w:rPr>
        <w:t xml:space="preserve"> Petra Zoranića: </w:t>
      </w:r>
      <w:r w:rsidRPr="00C84137">
        <w:rPr>
          <w:rFonts w:cs="Arial"/>
          <w:lang w:val="de-DE"/>
        </w:rPr>
        <w:t>20:30 - Luky</w:t>
      </w:r>
    </w:p>
    <w:p w14:paraId="6E78F99A" w14:textId="77777777" w:rsidR="006678E0" w:rsidRPr="00C84137" w:rsidRDefault="00000000">
      <w:pPr>
        <w:spacing w:after="60" w:line="259" w:lineRule="auto"/>
        <w:ind w:left="142"/>
        <w:rPr>
          <w:lang w:val="de-DE"/>
        </w:rPr>
      </w:pPr>
      <w:proofErr w:type="spellStart"/>
      <w:r w:rsidRPr="00C84137">
        <w:rPr>
          <w:rFonts w:cs="Arial"/>
          <w:b/>
          <w:lang w:val="de-DE"/>
        </w:rPr>
        <w:t>Gradska</w:t>
      </w:r>
      <w:proofErr w:type="spellEnd"/>
      <w:r w:rsidRPr="00C84137">
        <w:rPr>
          <w:rFonts w:cs="Arial"/>
          <w:b/>
          <w:lang w:val="de-DE"/>
        </w:rPr>
        <w:t xml:space="preserve"> </w:t>
      </w:r>
      <w:proofErr w:type="spellStart"/>
      <w:r w:rsidRPr="00C84137">
        <w:rPr>
          <w:rFonts w:cs="Arial"/>
          <w:b/>
          <w:lang w:val="de-DE"/>
        </w:rPr>
        <w:t>tržnica</w:t>
      </w:r>
      <w:proofErr w:type="spellEnd"/>
      <w:r w:rsidRPr="00C84137">
        <w:rPr>
          <w:rFonts w:cs="Arial"/>
          <w:b/>
          <w:lang w:val="de-DE"/>
        </w:rPr>
        <w:t xml:space="preserve"> / </w:t>
      </w:r>
      <w:proofErr w:type="spellStart"/>
      <w:r w:rsidRPr="00C84137">
        <w:rPr>
          <w:rFonts w:cs="Arial"/>
          <w:b/>
          <w:lang w:val="de-DE"/>
        </w:rPr>
        <w:t>Božićni</w:t>
      </w:r>
      <w:proofErr w:type="spellEnd"/>
      <w:r w:rsidRPr="00C84137">
        <w:rPr>
          <w:rFonts w:cs="Arial"/>
          <w:b/>
          <w:lang w:val="de-DE"/>
        </w:rPr>
        <w:t xml:space="preserve"> </w:t>
      </w:r>
      <w:proofErr w:type="spellStart"/>
      <w:r w:rsidRPr="00C84137">
        <w:rPr>
          <w:rFonts w:cs="Arial"/>
          <w:b/>
          <w:lang w:val="de-DE"/>
        </w:rPr>
        <w:t>gramofon</w:t>
      </w:r>
      <w:proofErr w:type="spellEnd"/>
      <w:r w:rsidRPr="00C84137">
        <w:rPr>
          <w:rFonts w:cs="Arial"/>
          <w:b/>
          <w:lang w:val="de-DE"/>
        </w:rPr>
        <w:t xml:space="preserve">: </w:t>
      </w:r>
      <w:r w:rsidRPr="00C84137">
        <w:rPr>
          <w:rFonts w:cs="Arial"/>
          <w:lang w:val="de-DE"/>
        </w:rPr>
        <w:t>21:00 - Pips, Chips &amp; Videoclips</w:t>
      </w:r>
    </w:p>
    <w:p w14:paraId="320C7897" w14:textId="77777777" w:rsidR="006678E0" w:rsidRPr="00C84137" w:rsidRDefault="00000000">
      <w:pPr>
        <w:keepNext/>
        <w:spacing w:before="180" w:after="60" w:line="259" w:lineRule="auto"/>
        <w:rPr>
          <w:lang w:val="de-DE"/>
        </w:rPr>
      </w:pPr>
      <w:proofErr w:type="spellStart"/>
      <w:r w:rsidRPr="00C84137">
        <w:rPr>
          <w:rFonts w:cs="Arial"/>
          <w:b/>
          <w:color w:val="000000"/>
          <w:sz w:val="23"/>
          <w:lang w:val="de-DE"/>
        </w:rPr>
        <w:t>Nedjelja</w:t>
      </w:r>
      <w:proofErr w:type="spellEnd"/>
      <w:r w:rsidRPr="00C84137">
        <w:rPr>
          <w:rFonts w:cs="Arial"/>
          <w:b/>
          <w:color w:val="000000"/>
          <w:sz w:val="23"/>
          <w:lang w:val="de-DE"/>
        </w:rPr>
        <w:t xml:space="preserve">, 20. </w:t>
      </w:r>
      <w:proofErr w:type="spellStart"/>
      <w:r w:rsidRPr="00C84137">
        <w:rPr>
          <w:rFonts w:cs="Arial"/>
          <w:b/>
          <w:color w:val="000000"/>
          <w:sz w:val="23"/>
          <w:lang w:val="de-DE"/>
        </w:rPr>
        <w:t>prosinca</w:t>
      </w:r>
      <w:proofErr w:type="spellEnd"/>
    </w:p>
    <w:p w14:paraId="237B0536" w14:textId="77777777" w:rsidR="006678E0" w:rsidRPr="00C84137" w:rsidRDefault="00000000">
      <w:pPr>
        <w:spacing w:after="60" w:line="259" w:lineRule="auto"/>
        <w:ind w:left="142"/>
        <w:rPr>
          <w:lang w:val="de-DE"/>
        </w:rPr>
      </w:pPr>
      <w:proofErr w:type="spellStart"/>
      <w:r w:rsidRPr="00C84137">
        <w:rPr>
          <w:rFonts w:cs="Arial"/>
          <w:b/>
          <w:lang w:val="de-DE"/>
        </w:rPr>
        <w:t>Trg</w:t>
      </w:r>
      <w:proofErr w:type="spellEnd"/>
      <w:r w:rsidRPr="00C84137">
        <w:rPr>
          <w:rFonts w:cs="Arial"/>
          <w:b/>
          <w:lang w:val="de-DE"/>
        </w:rPr>
        <w:t xml:space="preserve"> Petra Zoranića: </w:t>
      </w:r>
      <w:r w:rsidRPr="00C84137">
        <w:rPr>
          <w:rFonts w:cs="Arial"/>
          <w:lang w:val="de-DE"/>
        </w:rPr>
        <w:t xml:space="preserve">19:00 - </w:t>
      </w:r>
      <w:proofErr w:type="spellStart"/>
      <w:r w:rsidRPr="00C84137">
        <w:rPr>
          <w:rFonts w:cs="Arial"/>
          <w:lang w:val="de-DE"/>
        </w:rPr>
        <w:t>Adventska</w:t>
      </w:r>
      <w:proofErr w:type="spellEnd"/>
      <w:r w:rsidRPr="00C84137">
        <w:rPr>
          <w:rFonts w:cs="Arial"/>
          <w:lang w:val="de-DE"/>
        </w:rPr>
        <w:t xml:space="preserve"> </w:t>
      </w:r>
      <w:proofErr w:type="spellStart"/>
      <w:r w:rsidRPr="00C84137">
        <w:rPr>
          <w:rFonts w:cs="Arial"/>
          <w:lang w:val="de-DE"/>
        </w:rPr>
        <w:t>rapsodija</w:t>
      </w:r>
      <w:proofErr w:type="spellEnd"/>
      <w:r w:rsidRPr="00C84137">
        <w:rPr>
          <w:rFonts w:cs="Arial"/>
          <w:lang w:val="de-DE"/>
        </w:rPr>
        <w:t xml:space="preserve"> HPGD Zoranić</w:t>
      </w:r>
    </w:p>
    <w:p w14:paraId="41839F9D" w14:textId="77777777" w:rsidR="006678E0" w:rsidRPr="00C84137" w:rsidRDefault="00000000">
      <w:pPr>
        <w:keepNext/>
        <w:spacing w:before="180" w:after="60" w:line="259" w:lineRule="auto"/>
        <w:rPr>
          <w:lang w:val="de-DE"/>
        </w:rPr>
      </w:pPr>
      <w:proofErr w:type="spellStart"/>
      <w:r w:rsidRPr="00C84137">
        <w:rPr>
          <w:rFonts w:cs="Arial"/>
          <w:b/>
          <w:color w:val="000000"/>
          <w:sz w:val="23"/>
          <w:lang w:val="de-DE"/>
        </w:rPr>
        <w:t>Ponedjeljak</w:t>
      </w:r>
      <w:proofErr w:type="spellEnd"/>
      <w:r w:rsidRPr="00C84137">
        <w:rPr>
          <w:rFonts w:cs="Arial"/>
          <w:b/>
          <w:color w:val="000000"/>
          <w:sz w:val="23"/>
          <w:lang w:val="de-DE"/>
        </w:rPr>
        <w:t xml:space="preserve">, 21. </w:t>
      </w:r>
      <w:proofErr w:type="spellStart"/>
      <w:r w:rsidRPr="00C84137">
        <w:rPr>
          <w:rFonts w:cs="Arial"/>
          <w:b/>
          <w:color w:val="000000"/>
          <w:sz w:val="23"/>
          <w:lang w:val="de-DE"/>
        </w:rPr>
        <w:t>prosinca</w:t>
      </w:r>
      <w:proofErr w:type="spellEnd"/>
    </w:p>
    <w:p w14:paraId="718F304F" w14:textId="77777777" w:rsidR="006678E0" w:rsidRPr="00C84137" w:rsidRDefault="00000000">
      <w:pPr>
        <w:spacing w:after="60" w:line="259" w:lineRule="auto"/>
        <w:ind w:left="142"/>
        <w:rPr>
          <w:lang w:val="de-DE"/>
        </w:rPr>
      </w:pPr>
      <w:proofErr w:type="spellStart"/>
      <w:r w:rsidRPr="00C84137">
        <w:rPr>
          <w:rFonts w:cs="Arial"/>
          <w:b/>
          <w:lang w:val="de-DE"/>
        </w:rPr>
        <w:t>Trg</w:t>
      </w:r>
      <w:proofErr w:type="spellEnd"/>
      <w:r w:rsidRPr="00C84137">
        <w:rPr>
          <w:rFonts w:cs="Arial"/>
          <w:b/>
          <w:lang w:val="de-DE"/>
        </w:rPr>
        <w:t xml:space="preserve"> Petra Zoranića: </w:t>
      </w:r>
      <w:r w:rsidRPr="00C84137">
        <w:rPr>
          <w:rFonts w:cs="Arial"/>
          <w:lang w:val="de-DE"/>
        </w:rPr>
        <w:t xml:space="preserve">19:30 - DJ </w:t>
      </w:r>
      <w:proofErr w:type="spellStart"/>
      <w:r w:rsidRPr="00C84137">
        <w:rPr>
          <w:rFonts w:cs="Arial"/>
          <w:lang w:val="de-DE"/>
        </w:rPr>
        <w:t>nastup</w:t>
      </w:r>
      <w:proofErr w:type="spellEnd"/>
    </w:p>
    <w:p w14:paraId="1D3D4495" w14:textId="77777777" w:rsidR="006678E0" w:rsidRDefault="00000000">
      <w:pPr>
        <w:keepNext/>
        <w:spacing w:before="180" w:after="60" w:line="259" w:lineRule="auto"/>
      </w:pPr>
      <w:proofErr w:type="spellStart"/>
      <w:r>
        <w:rPr>
          <w:rFonts w:cs="Arial"/>
          <w:b/>
          <w:color w:val="000000"/>
          <w:sz w:val="23"/>
        </w:rPr>
        <w:t>Utorak</w:t>
      </w:r>
      <w:proofErr w:type="spellEnd"/>
      <w:r>
        <w:rPr>
          <w:rFonts w:cs="Arial"/>
          <w:b/>
          <w:color w:val="000000"/>
          <w:sz w:val="23"/>
        </w:rPr>
        <w:t>, 22. prosinca</w:t>
      </w:r>
    </w:p>
    <w:p w14:paraId="527CC199" w14:textId="77777777" w:rsidR="006678E0" w:rsidRDefault="00000000">
      <w:pPr>
        <w:spacing w:after="60" w:line="259" w:lineRule="auto"/>
        <w:ind w:left="142"/>
      </w:pPr>
      <w:r>
        <w:rPr>
          <w:rFonts w:cs="Arial"/>
          <w:b/>
        </w:rPr>
        <w:t xml:space="preserve">Trg Petra Zoranića: </w:t>
      </w:r>
      <w:r>
        <w:rPr>
          <w:rFonts w:cs="Arial"/>
        </w:rPr>
        <w:t>19:30 - Lucija Grabovac: Christmas Atmosphere</w:t>
      </w:r>
    </w:p>
    <w:p w14:paraId="171BF0A3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proofErr w:type="spellStart"/>
      <w:r w:rsidRPr="00C84137">
        <w:rPr>
          <w:rFonts w:cs="Arial"/>
          <w:b/>
          <w:color w:val="000000"/>
          <w:sz w:val="23"/>
          <w:lang w:val="it-IT"/>
        </w:rPr>
        <w:t>Srijeda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23.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prosinca</w:t>
      </w:r>
      <w:proofErr w:type="spellEnd"/>
    </w:p>
    <w:p w14:paraId="25EB5FD4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 xml:space="preserve">19:30 - </w:t>
      </w:r>
      <w:proofErr w:type="spellStart"/>
      <w:r w:rsidRPr="00C84137">
        <w:rPr>
          <w:rFonts w:cs="Arial"/>
          <w:lang w:val="it-IT"/>
        </w:rPr>
        <w:t>Klapa</w:t>
      </w:r>
      <w:proofErr w:type="spellEnd"/>
      <w:r w:rsidRPr="00C84137">
        <w:rPr>
          <w:rFonts w:cs="Arial"/>
          <w:lang w:val="it-IT"/>
        </w:rPr>
        <w:t xml:space="preserve"> Munita</w:t>
      </w:r>
    </w:p>
    <w:p w14:paraId="51C80DD9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proofErr w:type="spellStart"/>
      <w:r w:rsidRPr="00C84137">
        <w:rPr>
          <w:rFonts w:cs="Arial"/>
          <w:b/>
          <w:color w:val="000000"/>
          <w:sz w:val="23"/>
          <w:lang w:val="it-IT"/>
        </w:rPr>
        <w:t>Badnje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jutro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četvrtak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24.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prosinca</w:t>
      </w:r>
      <w:proofErr w:type="spellEnd"/>
    </w:p>
    <w:p w14:paraId="02C822C4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Gradska</w:t>
      </w:r>
      <w:proofErr w:type="spellEnd"/>
      <w:r w:rsidRPr="00C84137">
        <w:rPr>
          <w:rFonts w:cs="Arial"/>
          <w:b/>
          <w:lang w:val="it-IT"/>
        </w:rPr>
        <w:t xml:space="preserve"> </w:t>
      </w:r>
      <w:proofErr w:type="spellStart"/>
      <w:r w:rsidRPr="00C84137">
        <w:rPr>
          <w:rFonts w:cs="Arial"/>
          <w:b/>
          <w:lang w:val="it-IT"/>
        </w:rPr>
        <w:t>tržnica</w:t>
      </w:r>
      <w:proofErr w:type="spellEnd"/>
      <w:r w:rsidRPr="00C84137">
        <w:rPr>
          <w:rFonts w:cs="Arial"/>
          <w:b/>
          <w:lang w:val="it-IT"/>
        </w:rPr>
        <w:t xml:space="preserve"> / </w:t>
      </w:r>
      <w:proofErr w:type="spellStart"/>
      <w:r w:rsidRPr="00C84137">
        <w:rPr>
          <w:rFonts w:cs="Arial"/>
          <w:b/>
          <w:lang w:val="it-IT"/>
        </w:rPr>
        <w:t>Božićni</w:t>
      </w:r>
      <w:proofErr w:type="spellEnd"/>
      <w:r w:rsidRPr="00C84137">
        <w:rPr>
          <w:rFonts w:cs="Arial"/>
          <w:b/>
          <w:lang w:val="it-IT"/>
        </w:rPr>
        <w:t xml:space="preserve"> </w:t>
      </w:r>
      <w:proofErr w:type="spellStart"/>
      <w:r w:rsidRPr="00C84137">
        <w:rPr>
          <w:rFonts w:cs="Arial"/>
          <w:b/>
          <w:lang w:val="it-IT"/>
        </w:rPr>
        <w:t>gramofon</w:t>
      </w:r>
      <w:proofErr w:type="spellEnd"/>
      <w:r w:rsidRPr="00C84137">
        <w:rPr>
          <w:rFonts w:cs="Arial"/>
          <w:b/>
          <w:lang w:val="it-IT"/>
        </w:rPr>
        <w:t xml:space="preserve">: </w:t>
      </w:r>
      <w:r w:rsidRPr="00C84137">
        <w:rPr>
          <w:rFonts w:cs="Arial"/>
          <w:lang w:val="it-IT"/>
        </w:rPr>
        <w:t>10:00 - DJ Tome</w:t>
      </w:r>
    </w:p>
    <w:p w14:paraId="52EA6004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>11:00 - Vista</w:t>
      </w:r>
    </w:p>
    <w:p w14:paraId="047256BF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r w:rsidRPr="00C84137">
        <w:rPr>
          <w:rFonts w:cs="Arial"/>
          <w:b/>
          <w:color w:val="000000"/>
          <w:sz w:val="23"/>
          <w:lang w:val="it-IT"/>
        </w:rPr>
        <w:t xml:space="preserve">Božić,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petak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25.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prosinca</w:t>
      </w:r>
      <w:proofErr w:type="spellEnd"/>
    </w:p>
    <w:p w14:paraId="317686F9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 xml:space="preserve">20:00 - </w:t>
      </w:r>
      <w:proofErr w:type="spellStart"/>
      <w:r w:rsidRPr="00C84137">
        <w:rPr>
          <w:rFonts w:cs="Arial"/>
          <w:lang w:val="it-IT"/>
        </w:rPr>
        <w:t>Klapa</w:t>
      </w:r>
      <w:proofErr w:type="spellEnd"/>
      <w:r w:rsidRPr="00C84137">
        <w:rPr>
          <w:rFonts w:cs="Arial"/>
          <w:lang w:val="it-IT"/>
        </w:rPr>
        <w:t xml:space="preserve"> Niko</w:t>
      </w:r>
    </w:p>
    <w:p w14:paraId="2B24D108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Gradska</w:t>
      </w:r>
      <w:proofErr w:type="spellEnd"/>
      <w:r w:rsidRPr="00C84137">
        <w:rPr>
          <w:rFonts w:cs="Arial"/>
          <w:b/>
          <w:lang w:val="it-IT"/>
        </w:rPr>
        <w:t xml:space="preserve"> </w:t>
      </w:r>
      <w:proofErr w:type="spellStart"/>
      <w:r w:rsidRPr="00C84137">
        <w:rPr>
          <w:rFonts w:cs="Arial"/>
          <w:b/>
          <w:lang w:val="it-IT"/>
        </w:rPr>
        <w:t>tržnica</w:t>
      </w:r>
      <w:proofErr w:type="spellEnd"/>
      <w:r w:rsidRPr="00C84137">
        <w:rPr>
          <w:rFonts w:cs="Arial"/>
          <w:b/>
          <w:lang w:val="it-IT"/>
        </w:rPr>
        <w:t xml:space="preserve"> / </w:t>
      </w:r>
      <w:proofErr w:type="spellStart"/>
      <w:r w:rsidRPr="00C84137">
        <w:rPr>
          <w:rFonts w:cs="Arial"/>
          <w:b/>
          <w:lang w:val="it-IT"/>
        </w:rPr>
        <w:t>Božićni</w:t>
      </w:r>
      <w:proofErr w:type="spellEnd"/>
      <w:r w:rsidRPr="00C84137">
        <w:rPr>
          <w:rFonts w:cs="Arial"/>
          <w:b/>
          <w:lang w:val="it-IT"/>
        </w:rPr>
        <w:t xml:space="preserve"> </w:t>
      </w:r>
      <w:proofErr w:type="spellStart"/>
      <w:r w:rsidRPr="00C84137">
        <w:rPr>
          <w:rFonts w:cs="Arial"/>
          <w:b/>
          <w:lang w:val="it-IT"/>
        </w:rPr>
        <w:t>gramofon</w:t>
      </w:r>
      <w:proofErr w:type="spellEnd"/>
      <w:r w:rsidRPr="00C84137">
        <w:rPr>
          <w:rFonts w:cs="Arial"/>
          <w:b/>
          <w:lang w:val="it-IT"/>
        </w:rPr>
        <w:t xml:space="preserve">: </w:t>
      </w:r>
      <w:r w:rsidRPr="00C84137">
        <w:rPr>
          <w:rFonts w:cs="Arial"/>
          <w:lang w:val="it-IT"/>
        </w:rPr>
        <w:t xml:space="preserve">DJ </w:t>
      </w:r>
      <w:proofErr w:type="spellStart"/>
      <w:r w:rsidRPr="00C84137">
        <w:rPr>
          <w:rFonts w:cs="Arial"/>
          <w:lang w:val="it-IT"/>
        </w:rPr>
        <w:t>večer</w:t>
      </w:r>
      <w:proofErr w:type="spellEnd"/>
    </w:p>
    <w:p w14:paraId="3E73D9D4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proofErr w:type="spellStart"/>
      <w:r w:rsidRPr="00C84137">
        <w:rPr>
          <w:rFonts w:cs="Arial"/>
          <w:b/>
          <w:color w:val="000000"/>
          <w:sz w:val="23"/>
          <w:lang w:val="it-IT"/>
        </w:rPr>
        <w:t>Subota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26.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prosinca</w:t>
      </w:r>
      <w:proofErr w:type="spellEnd"/>
    </w:p>
    <w:p w14:paraId="7D785D26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r w:rsidRPr="00C84137">
        <w:rPr>
          <w:rFonts w:cs="Arial"/>
          <w:b/>
          <w:lang w:val="it-IT"/>
        </w:rPr>
        <w:t xml:space="preserve">Forum: </w:t>
      </w:r>
      <w:r w:rsidRPr="00C84137">
        <w:rPr>
          <w:rFonts w:cs="Arial"/>
          <w:lang w:val="it-IT"/>
        </w:rPr>
        <w:t xml:space="preserve">10:00 - 13:00 - </w:t>
      </w:r>
      <w:proofErr w:type="spellStart"/>
      <w:r w:rsidRPr="00C84137">
        <w:rPr>
          <w:rFonts w:cs="Arial"/>
          <w:lang w:val="it-IT"/>
        </w:rPr>
        <w:t>Superknjiga</w:t>
      </w:r>
      <w:proofErr w:type="spellEnd"/>
      <w:r w:rsidRPr="00C84137">
        <w:rPr>
          <w:rFonts w:cs="Arial"/>
          <w:lang w:val="it-IT"/>
        </w:rPr>
        <w:t xml:space="preserve">: </w:t>
      </w:r>
      <w:proofErr w:type="spellStart"/>
      <w:r w:rsidRPr="00C84137">
        <w:rPr>
          <w:rFonts w:cs="Arial"/>
          <w:lang w:val="it-IT"/>
        </w:rPr>
        <w:t>popularni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crtić</w:t>
      </w:r>
      <w:proofErr w:type="spellEnd"/>
      <w:r w:rsidRPr="00C84137">
        <w:rPr>
          <w:rFonts w:cs="Arial"/>
          <w:lang w:val="it-IT"/>
        </w:rPr>
        <w:t xml:space="preserve"> s </w:t>
      </w:r>
      <w:proofErr w:type="spellStart"/>
      <w:r w:rsidRPr="00C84137">
        <w:rPr>
          <w:rFonts w:cs="Arial"/>
          <w:lang w:val="it-IT"/>
        </w:rPr>
        <w:t>temama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iz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Svetog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pisma</w:t>
      </w:r>
      <w:proofErr w:type="spellEnd"/>
      <w:r w:rsidRPr="00C84137">
        <w:rPr>
          <w:rFonts w:cs="Arial"/>
          <w:lang w:val="it-IT"/>
        </w:rPr>
        <w:t xml:space="preserve"> / </w:t>
      </w:r>
      <w:proofErr w:type="spellStart"/>
      <w:r w:rsidRPr="00C84137">
        <w:rPr>
          <w:rFonts w:cs="Arial"/>
          <w:lang w:val="it-IT"/>
        </w:rPr>
        <w:t>crtić</w:t>
      </w:r>
      <w:proofErr w:type="spellEnd"/>
      <w:r w:rsidRPr="00C84137">
        <w:rPr>
          <w:rFonts w:cs="Arial"/>
          <w:lang w:val="it-IT"/>
        </w:rPr>
        <w:t xml:space="preserve"> o </w:t>
      </w:r>
      <w:proofErr w:type="spellStart"/>
      <w:r w:rsidRPr="00C84137">
        <w:rPr>
          <w:rFonts w:cs="Arial"/>
          <w:lang w:val="it-IT"/>
        </w:rPr>
        <w:t>Isusovu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rođenju</w:t>
      </w:r>
      <w:proofErr w:type="spellEnd"/>
      <w:r w:rsidRPr="00C84137">
        <w:rPr>
          <w:rFonts w:cs="Arial"/>
          <w:lang w:val="it-IT"/>
        </w:rPr>
        <w:t xml:space="preserve">, </w:t>
      </w:r>
      <w:proofErr w:type="spellStart"/>
      <w:r w:rsidRPr="00C84137">
        <w:rPr>
          <w:rFonts w:cs="Arial"/>
          <w:lang w:val="it-IT"/>
        </w:rPr>
        <w:t>predstava</w:t>
      </w:r>
      <w:proofErr w:type="spellEnd"/>
      <w:r w:rsidRPr="00C84137">
        <w:rPr>
          <w:rFonts w:cs="Arial"/>
          <w:lang w:val="it-IT"/>
        </w:rPr>
        <w:t xml:space="preserve">, </w:t>
      </w:r>
      <w:proofErr w:type="spellStart"/>
      <w:r w:rsidRPr="00C84137">
        <w:rPr>
          <w:rFonts w:cs="Arial"/>
          <w:lang w:val="it-IT"/>
        </w:rPr>
        <w:t>ples</w:t>
      </w:r>
      <w:proofErr w:type="spellEnd"/>
      <w:r w:rsidRPr="00C84137">
        <w:rPr>
          <w:rFonts w:cs="Arial"/>
          <w:lang w:val="it-IT"/>
        </w:rPr>
        <w:t xml:space="preserve"> i </w:t>
      </w:r>
      <w:proofErr w:type="spellStart"/>
      <w:r w:rsidRPr="00C84137">
        <w:rPr>
          <w:rFonts w:cs="Arial"/>
          <w:lang w:val="it-IT"/>
        </w:rPr>
        <w:t>radionice</w:t>
      </w:r>
      <w:proofErr w:type="spellEnd"/>
    </w:p>
    <w:p w14:paraId="0D9A716B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>11:00 - Leo Rados &amp; Nina Vujević</w:t>
      </w:r>
    </w:p>
    <w:p w14:paraId="78FDDE06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r w:rsidRPr="00C84137">
        <w:rPr>
          <w:rFonts w:cs="Arial"/>
          <w:b/>
          <w:lang w:val="it-IT"/>
        </w:rPr>
        <w:t xml:space="preserve">Forum: </w:t>
      </w:r>
      <w:r w:rsidRPr="00C84137">
        <w:rPr>
          <w:rFonts w:cs="Arial"/>
          <w:lang w:val="it-IT"/>
        </w:rPr>
        <w:t xml:space="preserve">16:00 - 18:00 - </w:t>
      </w:r>
      <w:proofErr w:type="spellStart"/>
      <w:r w:rsidRPr="00C84137">
        <w:rPr>
          <w:rFonts w:cs="Arial"/>
          <w:lang w:val="it-IT"/>
        </w:rPr>
        <w:t>pjevanje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božićnih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pjesama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uz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dječje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zborove</w:t>
      </w:r>
      <w:proofErr w:type="spellEnd"/>
      <w:r w:rsidRPr="00C84137">
        <w:rPr>
          <w:rFonts w:cs="Arial"/>
          <w:lang w:val="it-IT"/>
        </w:rPr>
        <w:t xml:space="preserve"> i </w:t>
      </w:r>
      <w:proofErr w:type="spellStart"/>
      <w:r w:rsidRPr="00C84137">
        <w:rPr>
          <w:rFonts w:cs="Arial"/>
          <w:lang w:val="it-IT"/>
        </w:rPr>
        <w:t>paljenje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svijeća</w:t>
      </w:r>
      <w:proofErr w:type="spellEnd"/>
      <w:r w:rsidRPr="00C84137">
        <w:rPr>
          <w:rFonts w:cs="Arial"/>
          <w:lang w:val="it-IT"/>
        </w:rPr>
        <w:t>/</w:t>
      </w:r>
      <w:proofErr w:type="spellStart"/>
      <w:r w:rsidRPr="00C84137">
        <w:rPr>
          <w:rFonts w:cs="Arial"/>
          <w:lang w:val="it-IT"/>
        </w:rPr>
        <w:t>lampiona</w:t>
      </w:r>
      <w:proofErr w:type="spellEnd"/>
    </w:p>
    <w:p w14:paraId="3E3B894F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r w:rsidRPr="00C84137">
        <w:rPr>
          <w:rFonts w:cs="Arial"/>
          <w:b/>
          <w:lang w:val="it-IT"/>
        </w:rPr>
        <w:t xml:space="preserve">Forum: </w:t>
      </w:r>
      <w:r w:rsidRPr="00C84137">
        <w:rPr>
          <w:rFonts w:cs="Arial"/>
          <w:lang w:val="it-IT"/>
        </w:rPr>
        <w:t xml:space="preserve">16:00 - 18:00 - </w:t>
      </w:r>
      <w:proofErr w:type="spellStart"/>
      <w:r w:rsidRPr="00C84137">
        <w:rPr>
          <w:rFonts w:cs="Arial"/>
          <w:lang w:val="it-IT"/>
        </w:rPr>
        <w:t>žive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jaslice</w:t>
      </w:r>
      <w:proofErr w:type="spellEnd"/>
      <w:r w:rsidRPr="00C84137">
        <w:rPr>
          <w:rFonts w:cs="Arial"/>
          <w:lang w:val="it-IT"/>
        </w:rPr>
        <w:t xml:space="preserve"> Cenacolo</w:t>
      </w:r>
    </w:p>
    <w:p w14:paraId="0D0F82BB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r w:rsidRPr="00C84137">
        <w:rPr>
          <w:rFonts w:cs="Arial"/>
          <w:b/>
          <w:lang w:val="it-IT"/>
        </w:rPr>
        <w:t xml:space="preserve">Forum: </w:t>
      </w:r>
      <w:r w:rsidRPr="00C84137">
        <w:rPr>
          <w:rFonts w:cs="Arial"/>
          <w:lang w:val="it-IT"/>
        </w:rPr>
        <w:t xml:space="preserve">16:00 - 18:00 - </w:t>
      </w:r>
      <w:proofErr w:type="spellStart"/>
      <w:r w:rsidRPr="00C84137">
        <w:rPr>
          <w:rFonts w:cs="Arial"/>
          <w:lang w:val="it-IT"/>
        </w:rPr>
        <w:t>čitanje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priča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djeci</w:t>
      </w:r>
      <w:proofErr w:type="spellEnd"/>
      <w:r w:rsidRPr="00C84137">
        <w:rPr>
          <w:rFonts w:cs="Arial"/>
          <w:lang w:val="it-IT"/>
        </w:rPr>
        <w:t xml:space="preserve"> i/ili </w:t>
      </w:r>
      <w:proofErr w:type="spellStart"/>
      <w:r w:rsidRPr="00C84137">
        <w:rPr>
          <w:rFonts w:cs="Arial"/>
          <w:lang w:val="it-IT"/>
        </w:rPr>
        <w:t>crtić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na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temu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Božića</w:t>
      </w:r>
      <w:proofErr w:type="spellEnd"/>
    </w:p>
    <w:p w14:paraId="2716EA0C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r w:rsidRPr="00C84137">
        <w:rPr>
          <w:rFonts w:cs="Arial"/>
          <w:b/>
          <w:lang w:val="it-IT"/>
        </w:rPr>
        <w:t xml:space="preserve">Forum: </w:t>
      </w:r>
      <w:r w:rsidRPr="00C84137">
        <w:rPr>
          <w:rFonts w:cs="Arial"/>
          <w:lang w:val="it-IT"/>
        </w:rPr>
        <w:t xml:space="preserve">16:00 - 18:00 - </w:t>
      </w:r>
      <w:proofErr w:type="spellStart"/>
      <w:r w:rsidRPr="00C84137">
        <w:rPr>
          <w:rFonts w:cs="Arial"/>
          <w:lang w:val="it-IT"/>
        </w:rPr>
        <w:t>Advent</w:t>
      </w:r>
      <w:proofErr w:type="spellEnd"/>
      <w:r w:rsidRPr="00C84137">
        <w:rPr>
          <w:rFonts w:cs="Arial"/>
          <w:lang w:val="it-IT"/>
        </w:rPr>
        <w:t xml:space="preserve"> Talks za </w:t>
      </w:r>
      <w:proofErr w:type="spellStart"/>
      <w:r w:rsidRPr="00C84137">
        <w:rPr>
          <w:rFonts w:cs="Arial"/>
          <w:lang w:val="it-IT"/>
        </w:rPr>
        <w:t>roditelje</w:t>
      </w:r>
      <w:proofErr w:type="spellEnd"/>
      <w:r w:rsidRPr="00C84137">
        <w:rPr>
          <w:rFonts w:cs="Arial"/>
          <w:lang w:val="it-IT"/>
        </w:rPr>
        <w:t xml:space="preserve">: </w:t>
      </w:r>
      <w:proofErr w:type="spellStart"/>
      <w:r w:rsidRPr="00C84137">
        <w:rPr>
          <w:rFonts w:cs="Arial"/>
          <w:lang w:val="it-IT"/>
        </w:rPr>
        <w:t>Koliko</w:t>
      </w:r>
      <w:proofErr w:type="spellEnd"/>
      <w:r w:rsidRPr="00C84137">
        <w:rPr>
          <w:rFonts w:cs="Arial"/>
          <w:lang w:val="it-IT"/>
        </w:rPr>
        <w:t xml:space="preserve"> je </w:t>
      </w:r>
      <w:proofErr w:type="spellStart"/>
      <w:r w:rsidRPr="00C84137">
        <w:rPr>
          <w:rFonts w:cs="Arial"/>
          <w:lang w:val="it-IT"/>
        </w:rPr>
        <w:t>dovoljno</w:t>
      </w:r>
      <w:proofErr w:type="spellEnd"/>
      <w:r w:rsidRPr="00C84137">
        <w:rPr>
          <w:rFonts w:cs="Arial"/>
          <w:lang w:val="it-IT"/>
        </w:rPr>
        <w:t xml:space="preserve"> za </w:t>
      </w:r>
      <w:proofErr w:type="spellStart"/>
      <w:r w:rsidRPr="00C84137">
        <w:rPr>
          <w:rFonts w:cs="Arial"/>
          <w:lang w:val="it-IT"/>
        </w:rPr>
        <w:t>dijete</w:t>
      </w:r>
      <w:proofErr w:type="spellEnd"/>
      <w:r w:rsidRPr="00C84137">
        <w:rPr>
          <w:rFonts w:cs="Arial"/>
          <w:lang w:val="it-IT"/>
        </w:rPr>
        <w:t xml:space="preserve">? Ljubav, </w:t>
      </w:r>
      <w:proofErr w:type="spellStart"/>
      <w:r w:rsidRPr="00C84137">
        <w:rPr>
          <w:rFonts w:cs="Arial"/>
          <w:lang w:val="it-IT"/>
        </w:rPr>
        <w:t>vrijeme</w:t>
      </w:r>
      <w:proofErr w:type="spellEnd"/>
      <w:r w:rsidRPr="00C84137">
        <w:rPr>
          <w:rFonts w:cs="Arial"/>
          <w:lang w:val="it-IT"/>
        </w:rPr>
        <w:t xml:space="preserve"> i </w:t>
      </w:r>
      <w:proofErr w:type="spellStart"/>
      <w:r w:rsidRPr="00C84137">
        <w:rPr>
          <w:rFonts w:cs="Arial"/>
          <w:lang w:val="it-IT"/>
        </w:rPr>
        <w:t>granice</w:t>
      </w:r>
      <w:proofErr w:type="spellEnd"/>
    </w:p>
    <w:p w14:paraId="351D84FC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r w:rsidRPr="00C84137">
        <w:rPr>
          <w:rFonts w:cs="Arial"/>
          <w:b/>
          <w:lang w:val="it-IT"/>
        </w:rPr>
        <w:t xml:space="preserve">Forum: </w:t>
      </w:r>
      <w:r w:rsidRPr="00C84137">
        <w:rPr>
          <w:rFonts w:cs="Arial"/>
          <w:lang w:val="it-IT"/>
        </w:rPr>
        <w:t>19:00 - 21:00 - Miroslav Škoro</w:t>
      </w:r>
    </w:p>
    <w:p w14:paraId="48837AFB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>21:00 - Iva Ajduković</w:t>
      </w:r>
    </w:p>
    <w:p w14:paraId="7711DB4D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Gradska</w:t>
      </w:r>
      <w:proofErr w:type="spellEnd"/>
      <w:r w:rsidRPr="00C84137">
        <w:rPr>
          <w:rFonts w:cs="Arial"/>
          <w:b/>
          <w:lang w:val="it-IT"/>
        </w:rPr>
        <w:t xml:space="preserve"> </w:t>
      </w:r>
      <w:proofErr w:type="spellStart"/>
      <w:r w:rsidRPr="00C84137">
        <w:rPr>
          <w:rFonts w:cs="Arial"/>
          <w:b/>
          <w:lang w:val="it-IT"/>
        </w:rPr>
        <w:t>tržnica</w:t>
      </w:r>
      <w:proofErr w:type="spellEnd"/>
      <w:r w:rsidRPr="00C84137">
        <w:rPr>
          <w:rFonts w:cs="Arial"/>
          <w:b/>
          <w:lang w:val="it-IT"/>
        </w:rPr>
        <w:t xml:space="preserve"> / </w:t>
      </w:r>
      <w:proofErr w:type="spellStart"/>
      <w:r w:rsidRPr="00C84137">
        <w:rPr>
          <w:rFonts w:cs="Arial"/>
          <w:b/>
          <w:lang w:val="it-IT"/>
        </w:rPr>
        <w:t>Božićni</w:t>
      </w:r>
      <w:proofErr w:type="spellEnd"/>
      <w:r w:rsidRPr="00C84137">
        <w:rPr>
          <w:rFonts w:cs="Arial"/>
          <w:b/>
          <w:lang w:val="it-IT"/>
        </w:rPr>
        <w:t xml:space="preserve"> </w:t>
      </w:r>
      <w:proofErr w:type="spellStart"/>
      <w:r w:rsidRPr="00C84137">
        <w:rPr>
          <w:rFonts w:cs="Arial"/>
          <w:b/>
          <w:lang w:val="it-IT"/>
        </w:rPr>
        <w:t>gramofon</w:t>
      </w:r>
      <w:proofErr w:type="spellEnd"/>
      <w:r w:rsidRPr="00C84137">
        <w:rPr>
          <w:rFonts w:cs="Arial"/>
          <w:b/>
          <w:lang w:val="it-IT"/>
        </w:rPr>
        <w:t xml:space="preserve">: </w:t>
      </w:r>
      <w:r w:rsidRPr="00C84137">
        <w:rPr>
          <w:rFonts w:cs="Arial"/>
          <w:lang w:val="it-IT"/>
        </w:rPr>
        <w:t>21:00 - Belfast Food</w:t>
      </w:r>
    </w:p>
    <w:p w14:paraId="03171D4D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proofErr w:type="spellStart"/>
      <w:r w:rsidRPr="00C84137">
        <w:rPr>
          <w:rFonts w:cs="Arial"/>
          <w:b/>
          <w:color w:val="000000"/>
          <w:sz w:val="23"/>
          <w:lang w:val="it-IT"/>
        </w:rPr>
        <w:t>Nedjelja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27.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prosinca</w:t>
      </w:r>
      <w:proofErr w:type="spellEnd"/>
    </w:p>
    <w:p w14:paraId="28CBBE0F" w14:textId="67314AEC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 xml:space="preserve">19:00 </w:t>
      </w:r>
      <w:r w:rsidR="00C84137">
        <w:rPr>
          <w:rFonts w:cs="Arial"/>
          <w:lang w:val="it-IT"/>
        </w:rPr>
        <w:t>–</w:t>
      </w:r>
      <w:r w:rsidRPr="00C84137">
        <w:rPr>
          <w:rFonts w:cs="Arial"/>
          <w:lang w:val="it-IT"/>
        </w:rPr>
        <w:t xml:space="preserve"> </w:t>
      </w:r>
      <w:proofErr w:type="spellStart"/>
      <w:r w:rsidR="00C84137">
        <w:rPr>
          <w:rFonts w:cs="Arial"/>
          <w:lang w:val="it-IT"/>
        </w:rPr>
        <w:t>zbor</w:t>
      </w:r>
      <w:proofErr w:type="spellEnd"/>
      <w:r w:rsidR="00C84137">
        <w:rPr>
          <w:rFonts w:cs="Arial"/>
          <w:lang w:val="it-IT"/>
        </w:rPr>
        <w:t xml:space="preserve"> </w:t>
      </w:r>
      <w:proofErr w:type="spellStart"/>
      <w:r w:rsidR="00C84137">
        <w:rPr>
          <w:rFonts w:cs="Arial"/>
          <w:lang w:val="it-IT"/>
        </w:rPr>
        <w:t>koncert</w:t>
      </w:r>
      <w:proofErr w:type="spellEnd"/>
    </w:p>
    <w:p w14:paraId="2B4709F0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proofErr w:type="spellStart"/>
      <w:r w:rsidRPr="00C84137">
        <w:rPr>
          <w:rFonts w:cs="Arial"/>
          <w:b/>
          <w:color w:val="000000"/>
          <w:sz w:val="23"/>
          <w:lang w:val="it-IT"/>
        </w:rPr>
        <w:t>Ponedjeljak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28.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prosinca</w:t>
      </w:r>
      <w:proofErr w:type="spellEnd"/>
    </w:p>
    <w:p w14:paraId="5F55076A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 xml:space="preserve">19:30 - DJ </w:t>
      </w:r>
      <w:proofErr w:type="spellStart"/>
      <w:r w:rsidRPr="00C84137">
        <w:rPr>
          <w:rFonts w:cs="Arial"/>
          <w:lang w:val="it-IT"/>
        </w:rPr>
        <w:t>nastup</w:t>
      </w:r>
      <w:proofErr w:type="spellEnd"/>
    </w:p>
    <w:p w14:paraId="5C0A556F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proofErr w:type="spellStart"/>
      <w:r w:rsidRPr="00C84137">
        <w:rPr>
          <w:rFonts w:cs="Arial"/>
          <w:b/>
          <w:color w:val="000000"/>
          <w:sz w:val="23"/>
          <w:lang w:val="it-IT"/>
        </w:rPr>
        <w:t>Utorak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29.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prosinca</w:t>
      </w:r>
      <w:proofErr w:type="spellEnd"/>
    </w:p>
    <w:p w14:paraId="137C5AB2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 xml:space="preserve">19:30 - Pink </w:t>
      </w:r>
      <w:proofErr w:type="spellStart"/>
      <w:r w:rsidRPr="00C84137">
        <w:rPr>
          <w:rFonts w:cs="Arial"/>
          <w:lang w:val="it-IT"/>
        </w:rPr>
        <w:t>Noise</w:t>
      </w:r>
      <w:proofErr w:type="spellEnd"/>
    </w:p>
    <w:p w14:paraId="24B00A33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proofErr w:type="spellStart"/>
      <w:r w:rsidRPr="00C84137">
        <w:rPr>
          <w:rFonts w:cs="Arial"/>
          <w:b/>
          <w:color w:val="000000"/>
          <w:sz w:val="23"/>
          <w:lang w:val="it-IT"/>
        </w:rPr>
        <w:lastRenderedPageBreak/>
        <w:t>Srijeda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30.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prosinca</w:t>
      </w:r>
      <w:proofErr w:type="spellEnd"/>
    </w:p>
    <w:p w14:paraId="10840E76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 xml:space="preserve">19:30 - </w:t>
      </w:r>
      <w:proofErr w:type="spellStart"/>
      <w:r w:rsidRPr="00C84137">
        <w:rPr>
          <w:rFonts w:cs="Arial"/>
          <w:lang w:val="it-IT"/>
        </w:rPr>
        <w:t>Klapa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Puntamika</w:t>
      </w:r>
      <w:proofErr w:type="spellEnd"/>
    </w:p>
    <w:p w14:paraId="352B86BB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Gradska</w:t>
      </w:r>
      <w:proofErr w:type="spellEnd"/>
      <w:r w:rsidRPr="00C84137">
        <w:rPr>
          <w:rFonts w:cs="Arial"/>
          <w:b/>
          <w:lang w:val="it-IT"/>
        </w:rPr>
        <w:t xml:space="preserve"> </w:t>
      </w:r>
      <w:proofErr w:type="spellStart"/>
      <w:r w:rsidRPr="00C84137">
        <w:rPr>
          <w:rFonts w:cs="Arial"/>
          <w:b/>
          <w:lang w:val="it-IT"/>
        </w:rPr>
        <w:t>tržnica</w:t>
      </w:r>
      <w:proofErr w:type="spellEnd"/>
      <w:r w:rsidRPr="00C84137">
        <w:rPr>
          <w:rFonts w:cs="Arial"/>
          <w:b/>
          <w:lang w:val="it-IT"/>
        </w:rPr>
        <w:t xml:space="preserve"> / </w:t>
      </w:r>
      <w:proofErr w:type="spellStart"/>
      <w:r w:rsidRPr="00C84137">
        <w:rPr>
          <w:rFonts w:cs="Arial"/>
          <w:b/>
          <w:lang w:val="it-IT"/>
        </w:rPr>
        <w:t>Božićni</w:t>
      </w:r>
      <w:proofErr w:type="spellEnd"/>
      <w:r w:rsidRPr="00C84137">
        <w:rPr>
          <w:rFonts w:cs="Arial"/>
          <w:b/>
          <w:lang w:val="it-IT"/>
        </w:rPr>
        <w:t xml:space="preserve"> </w:t>
      </w:r>
      <w:proofErr w:type="spellStart"/>
      <w:r w:rsidRPr="00C84137">
        <w:rPr>
          <w:rFonts w:cs="Arial"/>
          <w:b/>
          <w:lang w:val="it-IT"/>
        </w:rPr>
        <w:t>gramofon</w:t>
      </w:r>
      <w:proofErr w:type="spellEnd"/>
      <w:r w:rsidRPr="00C84137">
        <w:rPr>
          <w:rFonts w:cs="Arial"/>
          <w:b/>
          <w:lang w:val="it-IT"/>
        </w:rPr>
        <w:t xml:space="preserve">: </w:t>
      </w:r>
      <w:r w:rsidRPr="00C84137">
        <w:rPr>
          <w:rFonts w:cs="Arial"/>
          <w:lang w:val="it-IT"/>
        </w:rPr>
        <w:t xml:space="preserve">19:30 - </w:t>
      </w:r>
      <w:proofErr w:type="spellStart"/>
      <w:r w:rsidRPr="00C84137">
        <w:rPr>
          <w:rFonts w:cs="Arial"/>
          <w:lang w:val="it-IT"/>
        </w:rPr>
        <w:t>Bluevinil</w:t>
      </w:r>
      <w:proofErr w:type="spellEnd"/>
    </w:p>
    <w:p w14:paraId="61DC80CF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proofErr w:type="spellStart"/>
      <w:r w:rsidRPr="00C84137">
        <w:rPr>
          <w:rFonts w:cs="Arial"/>
          <w:b/>
          <w:color w:val="000000"/>
          <w:sz w:val="23"/>
          <w:lang w:val="it-IT"/>
        </w:rPr>
        <w:t>Doček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 Nove godine,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četvrtak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31.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prosinca</w:t>
      </w:r>
      <w:proofErr w:type="spellEnd"/>
    </w:p>
    <w:p w14:paraId="63466CF9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 xml:space="preserve">11:00 - </w:t>
      </w:r>
      <w:proofErr w:type="spellStart"/>
      <w:r w:rsidRPr="00C84137">
        <w:rPr>
          <w:rFonts w:cs="Arial"/>
          <w:lang w:val="it-IT"/>
        </w:rPr>
        <w:t>dječji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doček</w:t>
      </w:r>
      <w:proofErr w:type="spellEnd"/>
      <w:r w:rsidRPr="00C84137">
        <w:rPr>
          <w:rFonts w:cs="Arial"/>
          <w:lang w:val="it-IT"/>
        </w:rPr>
        <w:t xml:space="preserve"> Nove godine</w:t>
      </w:r>
    </w:p>
    <w:p w14:paraId="1FCF7C41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Gradska</w:t>
      </w:r>
      <w:proofErr w:type="spellEnd"/>
      <w:r w:rsidRPr="00C84137">
        <w:rPr>
          <w:rFonts w:cs="Arial"/>
          <w:b/>
          <w:lang w:val="it-IT"/>
        </w:rPr>
        <w:t xml:space="preserve"> </w:t>
      </w:r>
      <w:proofErr w:type="spellStart"/>
      <w:r w:rsidRPr="00C84137">
        <w:rPr>
          <w:rFonts w:cs="Arial"/>
          <w:b/>
          <w:lang w:val="it-IT"/>
        </w:rPr>
        <w:t>tržnica</w:t>
      </w:r>
      <w:proofErr w:type="spellEnd"/>
      <w:r w:rsidRPr="00C84137">
        <w:rPr>
          <w:rFonts w:cs="Arial"/>
          <w:b/>
          <w:lang w:val="it-IT"/>
        </w:rPr>
        <w:t xml:space="preserve"> / </w:t>
      </w:r>
      <w:proofErr w:type="spellStart"/>
      <w:r w:rsidRPr="00C84137">
        <w:rPr>
          <w:rFonts w:cs="Arial"/>
          <w:b/>
          <w:lang w:val="it-IT"/>
        </w:rPr>
        <w:t>Božićni</w:t>
      </w:r>
      <w:proofErr w:type="spellEnd"/>
      <w:r w:rsidRPr="00C84137">
        <w:rPr>
          <w:rFonts w:cs="Arial"/>
          <w:b/>
          <w:lang w:val="it-IT"/>
        </w:rPr>
        <w:t xml:space="preserve"> </w:t>
      </w:r>
      <w:proofErr w:type="spellStart"/>
      <w:r w:rsidRPr="00C84137">
        <w:rPr>
          <w:rFonts w:cs="Arial"/>
          <w:b/>
          <w:lang w:val="it-IT"/>
        </w:rPr>
        <w:t>gramofon</w:t>
      </w:r>
      <w:proofErr w:type="spellEnd"/>
      <w:r w:rsidRPr="00C84137">
        <w:rPr>
          <w:rFonts w:cs="Arial"/>
          <w:b/>
          <w:lang w:val="it-IT"/>
        </w:rPr>
        <w:t xml:space="preserve">: </w:t>
      </w:r>
      <w:r w:rsidRPr="00C84137">
        <w:rPr>
          <w:rFonts w:cs="Arial"/>
          <w:lang w:val="it-IT"/>
        </w:rPr>
        <w:t xml:space="preserve">12:00 - </w:t>
      </w:r>
      <w:proofErr w:type="spellStart"/>
      <w:r w:rsidRPr="00C84137">
        <w:rPr>
          <w:rFonts w:cs="Arial"/>
          <w:lang w:val="it-IT"/>
        </w:rPr>
        <w:t>doček</w:t>
      </w:r>
      <w:proofErr w:type="spellEnd"/>
      <w:r w:rsidRPr="00C84137">
        <w:rPr>
          <w:rFonts w:cs="Arial"/>
          <w:lang w:val="it-IT"/>
        </w:rPr>
        <w:t xml:space="preserve"> u </w:t>
      </w:r>
      <w:proofErr w:type="spellStart"/>
      <w:r w:rsidRPr="00C84137">
        <w:rPr>
          <w:rFonts w:cs="Arial"/>
          <w:lang w:val="it-IT"/>
        </w:rPr>
        <w:t>podne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uz</w:t>
      </w:r>
      <w:proofErr w:type="spellEnd"/>
      <w:r w:rsidRPr="00C84137">
        <w:rPr>
          <w:rFonts w:cs="Arial"/>
          <w:lang w:val="it-IT"/>
        </w:rPr>
        <w:t xml:space="preserve"> DJ-a</w:t>
      </w:r>
    </w:p>
    <w:p w14:paraId="75DE7D63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proofErr w:type="spellStart"/>
      <w:r w:rsidRPr="00C84137">
        <w:rPr>
          <w:rFonts w:cs="Arial"/>
          <w:lang w:val="it-IT"/>
        </w:rPr>
        <w:t>večernji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program</w:t>
      </w:r>
      <w:proofErr w:type="spellEnd"/>
      <w:r w:rsidRPr="00C84137">
        <w:rPr>
          <w:rFonts w:cs="Arial"/>
          <w:lang w:val="it-IT"/>
        </w:rPr>
        <w:t xml:space="preserve"> - Nina Badrić i BIG </w:t>
      </w:r>
      <w:proofErr w:type="spellStart"/>
      <w:r w:rsidRPr="00C84137">
        <w:rPr>
          <w:rFonts w:cs="Arial"/>
          <w:lang w:val="it-IT"/>
        </w:rPr>
        <w:t>CroDance</w:t>
      </w:r>
      <w:proofErr w:type="spellEnd"/>
      <w:r w:rsidRPr="00C84137">
        <w:rPr>
          <w:rFonts w:cs="Arial"/>
          <w:lang w:val="it-IT"/>
        </w:rPr>
        <w:t xml:space="preserve"> Party: Grupa ET, Simplicia, Ilan Kabiljo, Alka </w:t>
      </w:r>
      <w:proofErr w:type="spellStart"/>
      <w:r w:rsidRPr="00C84137">
        <w:rPr>
          <w:rFonts w:cs="Arial"/>
          <w:lang w:val="it-IT"/>
        </w:rPr>
        <w:t>Vuica</w:t>
      </w:r>
      <w:proofErr w:type="spellEnd"/>
      <w:r w:rsidRPr="00C84137">
        <w:rPr>
          <w:rFonts w:cs="Arial"/>
          <w:lang w:val="it-IT"/>
        </w:rPr>
        <w:t xml:space="preserve"> i Senna M</w:t>
      </w:r>
    </w:p>
    <w:p w14:paraId="737D2C82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Gradska</w:t>
      </w:r>
      <w:proofErr w:type="spellEnd"/>
      <w:r w:rsidRPr="00C84137">
        <w:rPr>
          <w:rFonts w:cs="Arial"/>
          <w:b/>
          <w:lang w:val="it-IT"/>
        </w:rPr>
        <w:t xml:space="preserve"> </w:t>
      </w:r>
      <w:proofErr w:type="spellStart"/>
      <w:r w:rsidRPr="00C84137">
        <w:rPr>
          <w:rFonts w:cs="Arial"/>
          <w:b/>
          <w:lang w:val="it-IT"/>
        </w:rPr>
        <w:t>tržnica</w:t>
      </w:r>
      <w:proofErr w:type="spellEnd"/>
      <w:r w:rsidRPr="00C84137">
        <w:rPr>
          <w:rFonts w:cs="Arial"/>
          <w:b/>
          <w:lang w:val="it-IT"/>
        </w:rPr>
        <w:t xml:space="preserve"> / </w:t>
      </w:r>
      <w:proofErr w:type="spellStart"/>
      <w:r w:rsidRPr="00C84137">
        <w:rPr>
          <w:rFonts w:cs="Arial"/>
          <w:b/>
          <w:lang w:val="it-IT"/>
        </w:rPr>
        <w:t>Božićni</w:t>
      </w:r>
      <w:proofErr w:type="spellEnd"/>
      <w:r w:rsidRPr="00C84137">
        <w:rPr>
          <w:rFonts w:cs="Arial"/>
          <w:b/>
          <w:lang w:val="it-IT"/>
        </w:rPr>
        <w:t xml:space="preserve"> </w:t>
      </w:r>
      <w:proofErr w:type="spellStart"/>
      <w:r w:rsidRPr="00C84137">
        <w:rPr>
          <w:rFonts w:cs="Arial"/>
          <w:b/>
          <w:lang w:val="it-IT"/>
        </w:rPr>
        <w:t>gramofon</w:t>
      </w:r>
      <w:proofErr w:type="spellEnd"/>
      <w:r w:rsidRPr="00C84137">
        <w:rPr>
          <w:rFonts w:cs="Arial"/>
          <w:b/>
          <w:lang w:val="it-IT"/>
        </w:rPr>
        <w:t xml:space="preserve">: </w:t>
      </w:r>
      <w:proofErr w:type="spellStart"/>
      <w:r w:rsidRPr="00C84137">
        <w:rPr>
          <w:rFonts w:cs="Arial"/>
          <w:lang w:val="it-IT"/>
        </w:rPr>
        <w:t>večernji</w:t>
      </w:r>
      <w:proofErr w:type="spellEnd"/>
      <w:r w:rsidRPr="00C84137">
        <w:rPr>
          <w:rFonts w:cs="Arial"/>
          <w:lang w:val="it-IT"/>
        </w:rPr>
        <w:t xml:space="preserve"> </w:t>
      </w:r>
      <w:proofErr w:type="spellStart"/>
      <w:r w:rsidRPr="00C84137">
        <w:rPr>
          <w:rFonts w:cs="Arial"/>
          <w:lang w:val="it-IT"/>
        </w:rPr>
        <w:t>program</w:t>
      </w:r>
      <w:proofErr w:type="spellEnd"/>
      <w:r w:rsidRPr="00C84137">
        <w:rPr>
          <w:rFonts w:cs="Arial"/>
          <w:lang w:val="it-IT"/>
        </w:rPr>
        <w:t xml:space="preserve"> - Zaratino i </w:t>
      </w:r>
      <w:proofErr w:type="spellStart"/>
      <w:r w:rsidRPr="00C84137">
        <w:rPr>
          <w:rFonts w:cs="Arial"/>
          <w:lang w:val="it-IT"/>
        </w:rPr>
        <w:t>Psihomodo</w:t>
      </w:r>
      <w:proofErr w:type="spellEnd"/>
      <w:r w:rsidRPr="00C84137">
        <w:rPr>
          <w:rFonts w:cs="Arial"/>
          <w:lang w:val="it-IT"/>
        </w:rPr>
        <w:t xml:space="preserve"> Pop</w:t>
      </w:r>
    </w:p>
    <w:p w14:paraId="242166A6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r w:rsidRPr="00C84137">
        <w:rPr>
          <w:rFonts w:cs="Arial"/>
          <w:b/>
          <w:color w:val="000000"/>
          <w:sz w:val="23"/>
          <w:lang w:val="it-IT"/>
        </w:rPr>
        <w:t xml:space="preserve">Petak, 1.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siječnja</w:t>
      </w:r>
      <w:proofErr w:type="spellEnd"/>
    </w:p>
    <w:p w14:paraId="306BA5AE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>21:00 - Kanella</w:t>
      </w:r>
    </w:p>
    <w:p w14:paraId="2CBFC09B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Gradska</w:t>
      </w:r>
      <w:proofErr w:type="spellEnd"/>
      <w:r w:rsidRPr="00C84137">
        <w:rPr>
          <w:rFonts w:cs="Arial"/>
          <w:b/>
          <w:lang w:val="it-IT"/>
        </w:rPr>
        <w:t xml:space="preserve"> </w:t>
      </w:r>
      <w:proofErr w:type="spellStart"/>
      <w:r w:rsidRPr="00C84137">
        <w:rPr>
          <w:rFonts w:cs="Arial"/>
          <w:b/>
          <w:lang w:val="it-IT"/>
        </w:rPr>
        <w:t>tržnica</w:t>
      </w:r>
      <w:proofErr w:type="spellEnd"/>
      <w:r w:rsidRPr="00C84137">
        <w:rPr>
          <w:rFonts w:cs="Arial"/>
          <w:b/>
          <w:lang w:val="it-IT"/>
        </w:rPr>
        <w:t xml:space="preserve"> / </w:t>
      </w:r>
      <w:proofErr w:type="spellStart"/>
      <w:r w:rsidRPr="00C84137">
        <w:rPr>
          <w:rFonts w:cs="Arial"/>
          <w:b/>
          <w:lang w:val="it-IT"/>
        </w:rPr>
        <w:t>Božićni</w:t>
      </w:r>
      <w:proofErr w:type="spellEnd"/>
      <w:r w:rsidRPr="00C84137">
        <w:rPr>
          <w:rFonts w:cs="Arial"/>
          <w:b/>
          <w:lang w:val="it-IT"/>
        </w:rPr>
        <w:t xml:space="preserve"> </w:t>
      </w:r>
      <w:proofErr w:type="spellStart"/>
      <w:r w:rsidRPr="00C84137">
        <w:rPr>
          <w:rFonts w:cs="Arial"/>
          <w:b/>
          <w:lang w:val="it-IT"/>
        </w:rPr>
        <w:t>gramofon</w:t>
      </w:r>
      <w:proofErr w:type="spellEnd"/>
      <w:r w:rsidRPr="00C84137">
        <w:rPr>
          <w:rFonts w:cs="Arial"/>
          <w:b/>
          <w:lang w:val="it-IT"/>
        </w:rPr>
        <w:t xml:space="preserve">: </w:t>
      </w:r>
      <w:r w:rsidRPr="00C84137">
        <w:rPr>
          <w:rFonts w:cs="Arial"/>
          <w:lang w:val="it-IT"/>
        </w:rPr>
        <w:t>21:00 - 023 band</w:t>
      </w:r>
    </w:p>
    <w:p w14:paraId="534CBD38" w14:textId="77777777" w:rsidR="006678E0" w:rsidRPr="00C84137" w:rsidRDefault="00000000">
      <w:pPr>
        <w:keepNext/>
        <w:spacing w:before="180" w:after="60" w:line="259" w:lineRule="auto"/>
        <w:rPr>
          <w:lang w:val="it-IT"/>
        </w:rPr>
      </w:pPr>
      <w:proofErr w:type="spellStart"/>
      <w:r w:rsidRPr="00C84137">
        <w:rPr>
          <w:rFonts w:cs="Arial"/>
          <w:b/>
          <w:color w:val="000000"/>
          <w:sz w:val="23"/>
          <w:lang w:val="it-IT"/>
        </w:rPr>
        <w:t>Subota</w:t>
      </w:r>
      <w:proofErr w:type="spellEnd"/>
      <w:r w:rsidRPr="00C84137">
        <w:rPr>
          <w:rFonts w:cs="Arial"/>
          <w:b/>
          <w:color w:val="000000"/>
          <w:sz w:val="23"/>
          <w:lang w:val="it-IT"/>
        </w:rPr>
        <w:t xml:space="preserve">, 2. </w:t>
      </w:r>
      <w:proofErr w:type="spellStart"/>
      <w:r w:rsidRPr="00C84137">
        <w:rPr>
          <w:rFonts w:cs="Arial"/>
          <w:b/>
          <w:color w:val="000000"/>
          <w:sz w:val="23"/>
          <w:lang w:val="it-IT"/>
        </w:rPr>
        <w:t>siječnja</w:t>
      </w:r>
      <w:proofErr w:type="spellEnd"/>
    </w:p>
    <w:p w14:paraId="4203EF0D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Trg</w:t>
      </w:r>
      <w:proofErr w:type="spellEnd"/>
      <w:r w:rsidRPr="00C84137">
        <w:rPr>
          <w:rFonts w:cs="Arial"/>
          <w:b/>
          <w:lang w:val="it-IT"/>
        </w:rPr>
        <w:t xml:space="preserve"> Petra Zoranića: </w:t>
      </w:r>
      <w:r w:rsidRPr="00C84137">
        <w:rPr>
          <w:rFonts w:cs="Arial"/>
          <w:lang w:val="it-IT"/>
        </w:rPr>
        <w:t xml:space="preserve">21:00 - Letu </w:t>
      </w:r>
      <w:proofErr w:type="spellStart"/>
      <w:r w:rsidRPr="00C84137">
        <w:rPr>
          <w:rFonts w:cs="Arial"/>
          <w:lang w:val="it-IT"/>
        </w:rPr>
        <w:t>Štuke</w:t>
      </w:r>
      <w:proofErr w:type="spellEnd"/>
    </w:p>
    <w:p w14:paraId="2BF69A2B" w14:textId="77777777" w:rsidR="006678E0" w:rsidRPr="00C84137" w:rsidRDefault="00000000">
      <w:pPr>
        <w:spacing w:after="60" w:line="259" w:lineRule="auto"/>
        <w:ind w:left="142"/>
        <w:rPr>
          <w:lang w:val="it-IT"/>
        </w:rPr>
      </w:pPr>
      <w:proofErr w:type="spellStart"/>
      <w:r w:rsidRPr="00C84137">
        <w:rPr>
          <w:rFonts w:cs="Arial"/>
          <w:b/>
          <w:lang w:val="it-IT"/>
        </w:rPr>
        <w:t>Gradska</w:t>
      </w:r>
      <w:proofErr w:type="spellEnd"/>
      <w:r w:rsidRPr="00C84137">
        <w:rPr>
          <w:rFonts w:cs="Arial"/>
          <w:b/>
          <w:lang w:val="it-IT"/>
        </w:rPr>
        <w:t xml:space="preserve"> </w:t>
      </w:r>
      <w:proofErr w:type="spellStart"/>
      <w:r w:rsidRPr="00C84137">
        <w:rPr>
          <w:rFonts w:cs="Arial"/>
          <w:b/>
          <w:lang w:val="it-IT"/>
        </w:rPr>
        <w:t>tržnica</w:t>
      </w:r>
      <w:proofErr w:type="spellEnd"/>
      <w:r w:rsidRPr="00C84137">
        <w:rPr>
          <w:rFonts w:cs="Arial"/>
          <w:b/>
          <w:lang w:val="it-IT"/>
        </w:rPr>
        <w:t xml:space="preserve"> / </w:t>
      </w:r>
      <w:proofErr w:type="spellStart"/>
      <w:r w:rsidRPr="00C84137">
        <w:rPr>
          <w:rFonts w:cs="Arial"/>
          <w:b/>
          <w:lang w:val="it-IT"/>
        </w:rPr>
        <w:t>Božićni</w:t>
      </w:r>
      <w:proofErr w:type="spellEnd"/>
      <w:r w:rsidRPr="00C84137">
        <w:rPr>
          <w:rFonts w:cs="Arial"/>
          <w:b/>
          <w:lang w:val="it-IT"/>
        </w:rPr>
        <w:t xml:space="preserve"> </w:t>
      </w:r>
      <w:proofErr w:type="spellStart"/>
      <w:r w:rsidRPr="00C84137">
        <w:rPr>
          <w:rFonts w:cs="Arial"/>
          <w:b/>
          <w:lang w:val="it-IT"/>
        </w:rPr>
        <w:t>gramofon</w:t>
      </w:r>
      <w:proofErr w:type="spellEnd"/>
      <w:r w:rsidRPr="00C84137">
        <w:rPr>
          <w:rFonts w:cs="Arial"/>
          <w:b/>
          <w:lang w:val="it-IT"/>
        </w:rPr>
        <w:t xml:space="preserve">: </w:t>
      </w:r>
      <w:r w:rsidRPr="00C84137">
        <w:rPr>
          <w:rFonts w:cs="Arial"/>
          <w:lang w:val="it-IT"/>
        </w:rPr>
        <w:t>21:00 - Detour</w:t>
      </w:r>
    </w:p>
    <w:sectPr w:rsidR="006678E0" w:rsidRPr="00C84137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722822">
    <w:abstractNumId w:val="8"/>
  </w:num>
  <w:num w:numId="2" w16cid:durableId="845830635">
    <w:abstractNumId w:val="6"/>
  </w:num>
  <w:num w:numId="3" w16cid:durableId="48656977">
    <w:abstractNumId w:val="5"/>
  </w:num>
  <w:num w:numId="4" w16cid:durableId="768624641">
    <w:abstractNumId w:val="4"/>
  </w:num>
  <w:num w:numId="5" w16cid:durableId="786434215">
    <w:abstractNumId w:val="7"/>
  </w:num>
  <w:num w:numId="6" w16cid:durableId="879054630">
    <w:abstractNumId w:val="3"/>
  </w:num>
  <w:num w:numId="7" w16cid:durableId="209656989">
    <w:abstractNumId w:val="2"/>
  </w:num>
  <w:num w:numId="8" w16cid:durableId="580142291">
    <w:abstractNumId w:val="1"/>
  </w:num>
  <w:num w:numId="9" w16cid:durableId="722874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7C31"/>
    <w:rsid w:val="0029639D"/>
    <w:rsid w:val="00326F90"/>
    <w:rsid w:val="006678E0"/>
    <w:rsid w:val="00AA1D8D"/>
    <w:rsid w:val="00B47730"/>
    <w:rsid w:val="00C8413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87922F"/>
  <w14:defaultImageDpi w14:val="300"/>
  <w15:docId w15:val="{CC90D8E5-24C0-404E-B689-3AC5978A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817</Words>
  <Characters>4596</Characters>
  <Application>Microsoft Office Word</Application>
  <DocSecurity>0</DocSecurity>
  <Lines>170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Advent u Zadru 2026 2027 program</dc:title>
  <dc:subject/>
  <dc:creator>Turistička zajednica grada Zadra</dc:creator>
  <cp:keywords/>
  <dc:description>generated by python-docx</dc:description>
  <cp:lastModifiedBy>Zadar Tourist Board</cp:lastModifiedBy>
  <cp:revision>2</cp:revision>
  <dcterms:created xsi:type="dcterms:W3CDTF">2026-10-09T13:06:00Z</dcterms:created>
  <dcterms:modified xsi:type="dcterms:W3CDTF">2026-10-09T13:06:00Z</dcterms:modified>
  <cp:category/>
</cp:coreProperties>
</file>